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718" w:rsidRPr="007D457D" w:rsidRDefault="004C503E">
      <w:pPr>
        <w:pStyle w:val="aa"/>
        <w:spacing w:after="60"/>
        <w:jc w:val="center"/>
        <w:rPr>
          <w:lang w:val="ru-RU"/>
        </w:rPr>
      </w:pPr>
      <w:r w:rsidRPr="007D457D">
        <w:rPr>
          <w:lang w:val="ru-RU"/>
        </w:rPr>
        <w:t>2024–2025 оқу жылына арналған баланың жеке даму картасы</w:t>
      </w:r>
    </w:p>
    <w:p w:rsidR="00731718" w:rsidRPr="007D457D" w:rsidRDefault="004C503E">
      <w:pPr>
        <w:spacing w:after="60"/>
        <w:rPr>
          <w:lang w:val="ru-RU"/>
        </w:rPr>
      </w:pPr>
      <w:r w:rsidRPr="007D457D">
        <w:rPr>
          <w:b/>
          <w:sz w:val="24"/>
          <w:lang w:val="ru-RU"/>
        </w:rPr>
        <w:t>Баланың аты-жөні: Бағдат Зере Арафатқызы</w:t>
      </w:r>
    </w:p>
    <w:p w:rsidR="00731718" w:rsidRPr="007D457D" w:rsidRDefault="004C503E">
      <w:pPr>
        <w:spacing w:after="40"/>
        <w:rPr>
          <w:lang w:val="ru-RU"/>
        </w:rPr>
      </w:pPr>
      <w:r w:rsidRPr="007D457D">
        <w:rPr>
          <w:lang w:val="ru-RU"/>
        </w:rPr>
        <w:t>Тобы: «Күншуақ» кіші тобы (2 жас)     Туған күні: 16.11.2022</w:t>
      </w:r>
    </w:p>
    <w:p w:rsidR="00731718" w:rsidRPr="007D457D" w:rsidRDefault="004C503E">
      <w:pPr>
        <w:spacing w:after="80"/>
        <w:rPr>
          <w:lang w:val="ru-RU"/>
        </w:rPr>
      </w:pPr>
      <w:r w:rsidRPr="007D457D">
        <w:rPr>
          <w:lang w:val="ru-RU"/>
        </w:rPr>
        <w:t>Білім беру ұйымы: КМҚК «Нұрдәулет» бөбекжайы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 xml:space="preserve">Аралық </w:t>
            </w:r>
            <w:r>
              <w:rPr>
                <w:b/>
              </w:rPr>
              <w:t>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Физикалық қасиеттерді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0; төмен — 4.</w:t>
            </w:r>
          </w:p>
          <w:p w:rsidR="00731718" w:rsidRDefault="004C503E">
            <w:pPr>
              <w:spacing w:after="20"/>
            </w:pPr>
            <w:r>
              <w:t>Жүреді, жүгіру бағытын өзгертуге талпынбайды. Еңбектеу тапсырмасын орындамайды. Беті-қолын дербес жумайды. Киіну, шешіну ретін</w:t>
            </w:r>
            <w:r>
              <w:t xml:space="preserve"> сақтамайды.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3; төмен — 0. Нақтылау — 1.</w:t>
            </w:r>
          </w:p>
          <w:p w:rsidR="00731718" w:rsidRDefault="004C503E">
            <w:pPr>
              <w:spacing w:after="20"/>
            </w:pPr>
            <w:r>
              <w:t>Жүреді, кейде жүгіру бағытын өзгертеді. Еңбектеу: жоғары және орташа нұсқа қатар белгіленген, нақтылау қажет. Беті-қолын дербес жууға тырысады. Өзі киініп, шешінуге талпынады.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</w:t>
            </w:r>
            <w:r>
              <w:rPr>
                <w:b/>
                <w:sz w:val="18"/>
              </w:rPr>
              <w:t xml:space="preserve"> — 4; төмен — 0.</w:t>
            </w:r>
          </w:p>
          <w:p w:rsidR="00731718" w:rsidRDefault="004C503E">
            <w:pPr>
              <w:spacing w:after="20"/>
            </w:pPr>
            <w:r>
              <w:t>Жүреді, кейде жүгіру бағытын өзгертеді. Еңбектеуге талпынады. Беті-қолын дербес жууға тырысады. Өзі киініп, шешінуге талпынады.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 xml:space="preserve">Коммуникативтік </w:t>
            </w:r>
            <w:r>
              <w:t>дағдыларды дамыту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0; төмен — 8.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Тыңдайды, бірақ түсінбейді. Дыбыстарды айтпайды. Сөз тіркестерін айта алмайды. Тыңдайды, сұраққа жауап бере алмайды.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 сөздерін қайталамайды. Шығарманы тыңдағысы ке</w:t>
            </w:r>
            <w:r>
              <w:t>лмейді. Сурет бойынша сұраққа жауап бермейді. Тақпақты қайталауға талпынбайды.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8;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 xml:space="preserve">Ересектердің сөзін ішінара түсінеді. Дыбыстарды айтуға талпынады. Сөз тіркестерін айтуға талпынады. Тыңдайды, кейбір сұраққа </w:t>
            </w:r>
            <w:r>
              <w:t>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 сөздерін қайталауға тырысады. Шығарманы ішінара тыңдайды. Сурет бойынша кейбір сұраққа жауап береді. Тақпақтың кейбір сөзін қайталайды.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8;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ішінара түс</w:t>
            </w:r>
            <w:r>
              <w:t>інеді. Дыбыстарды айтуға талпынады. Сөз тіркестерін айтуға талпынады. Тыңдайды, кейбір сұраққа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 сөздерін қайталауға тырысады. Шығарманы ішінара тыңдайды. Сурет бойынша кейбір сұраққа жауап береді. Тақпақтың кейбір сөзін</w:t>
            </w:r>
            <w:r>
              <w:t xml:space="preserve"> қайталайды.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8 көрсеткіштің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Танымдық және зияткерлік дағдыларды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0; төмен — 4.</w:t>
            </w:r>
          </w:p>
          <w:p w:rsidR="00731718" w:rsidRDefault="004C503E">
            <w:pPr>
              <w:spacing w:after="20"/>
            </w:pPr>
            <w:r>
              <w:t xml:space="preserve">Нұсқауға сай орындай алмайды. Заттарды топтастыра алмайды. Пішіндерді </w:t>
            </w:r>
            <w:r>
              <w:t>салыстыра алмайды. Зерттейді, салыстыра алмайды.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Нұсқауды орындауға талпынады. Заттарды ішінара топтастырады. Пішіндерді ішінара салыстырады. Заттарды ішінара зерттеп, салыстырады.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Нұсқа</w:t>
            </w:r>
            <w:r>
              <w:t>уды орындауға талпынады. Заттарды ішінара топтастырады. Пішіндерді ішінара салыстырады. Заттарды ішінара зерттеп, салыстырады.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</w:tbl>
    <w:p w:rsidR="00731718" w:rsidRPr="007D457D" w:rsidRDefault="00731718">
      <w:pPr>
        <w:rPr>
          <w:lang w:val="kk-KZ"/>
        </w:rPr>
      </w:pPr>
    </w:p>
    <w:p w:rsidR="00731718" w:rsidRPr="007D457D" w:rsidRDefault="00731718">
      <w:pPr>
        <w:pageBreakBefore/>
        <w:spacing w:after="100"/>
        <w:rPr>
          <w:lang w:val="ru-RU"/>
        </w:rPr>
      </w:pP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Аралық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Балалардың шығармашылық дағдыларын, зерттеу іс-әрекетін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0; орташа — 0; төмен — 20.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</w:t>
            </w:r>
            <w:r w:rsidRPr="007D457D">
              <w:rPr>
                <w:lang w:val="ru-RU"/>
              </w:rPr>
              <w:t xml:space="preserve"> ұстау, сызық жүргізуде қиналады. Суретіне қуанады, бейнесін айта алмайды. Бояумен сызық сала алмайды. Сурет салуды </w:t>
            </w:r>
            <w:r w:rsidRPr="007D457D">
              <w:rPr>
                <w:lang w:val="ru-RU"/>
              </w:rPr>
              <w:t>меңгеруге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Заттарды зерттеуге талпынбайды. Мүсіндеу тәсілдерін меңгермеген. Пішінді тереңдете алмайды. Бұйымын орналастыра алмайды, жинамайды.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</w:t>
            </w:r>
            <w:r w:rsidRPr="007D457D">
              <w:rPr>
                <w:lang w:val="ru-RU"/>
              </w:rPr>
              <w:t xml:space="preserve"> тәсілдерін білмейді. Бейнелерді орналастырады, құрастыра алмайды. Композицияны</w:t>
            </w:r>
            <w:r w:rsidRPr="007D457D">
              <w:rPr>
                <w:lang w:val="ru-RU"/>
              </w:rPr>
              <w:t xml:space="preserve"> құрастыра алмайды. Пішіндерді орналастыра алмайды.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Құрылыс</w:t>
            </w:r>
            <w:r w:rsidRPr="007D457D">
              <w:rPr>
                <w:lang w:val="ru-RU"/>
              </w:rPr>
              <w:t xml:space="preserve"> құрастыра алмайды. Құрылысын дұрыс атай алмайды, ойнайды. Дербес құрастырмайды. Бөлшектерді жинамайды.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>Қосылып</w:t>
            </w:r>
            <w:r w:rsidRPr="007D457D">
              <w:rPr>
                <w:lang w:val="ru-RU"/>
              </w:rPr>
              <w:t xml:space="preserve"> айтуға талпынады. Әндерге мән бермейді. Қимылдарды қайталауға тыры</w:t>
            </w:r>
            <w:r w:rsidRPr="007D457D">
              <w:rPr>
                <w:lang w:val="ru-RU"/>
              </w:rPr>
              <w:t>сады. Аспаптарды ажырата алмайды.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5; орташа — 15;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ұстайды, сызық жүргізуге талпынады. Суреттегі бейнені айтуға талпынады. Сурет салуды ішінара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 xml:space="preserve">Заттарға уақытша қызығушылық танытады. Мүсіндеуді </w:t>
            </w:r>
            <w:r w:rsidRPr="007D457D">
              <w:rPr>
                <w:lang w:val="ru-RU"/>
              </w:rPr>
              <w:t>ішінара меңгерген. Ыдыс пішінін тереңдетуге тырысады. Орналастыруға, жинауға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</w:t>
            </w:r>
            <w:r w:rsidRPr="007D457D">
              <w:rPr>
                <w:lang w:val="ru-RU"/>
              </w:rPr>
              <w:t xml:space="preserve"> тәсілдерін ішінара біледі. Бейнелерді орналастырып құрастыруға тырысады. Композицияны құрастыруға тырысады. Пішіндерді орналастыруға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Үлгіге</w:t>
            </w:r>
            <w:r w:rsidRPr="007D457D">
              <w:rPr>
                <w:lang w:val="ru-RU"/>
              </w:rPr>
              <w:t xml:space="preserve"> мән бермей құрастырады. Құрылысын ішінара атайды, ойнайды. Бөлшектерді жинауға тырысады.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>Кейбір әндерді таниды.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sz w:val="18"/>
                <w:lang w:val="ru-RU"/>
              </w:rPr>
              <w:t>Қалған</w:t>
            </w:r>
            <w:r w:rsidRPr="007D457D">
              <w:rPr>
                <w:sz w:val="18"/>
                <w:lang w:val="ru-RU"/>
              </w:rPr>
              <w:t xml:space="preserve"> дағдыларды меңгерген.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0; орташа — 20;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ұстайды, сызық жүргізуге талпынады. Суретт</w:t>
            </w:r>
            <w:r w:rsidRPr="007D457D">
              <w:rPr>
                <w:lang w:val="ru-RU"/>
              </w:rPr>
              <w:t>егі бейнені айтуға талпынады. Бояумен сызық салуға тырысады. Сурет салуды ішінара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Заттарға уақытша қызығушылық танытады. Мүсіндеуді ішінара меңгерген. Ыдыс пішінін тереңдетуге тырысады. Орналастыруға, жинауға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</w:t>
            </w:r>
            <w:r w:rsidRPr="007D457D">
              <w:rPr>
                <w:lang w:val="ru-RU"/>
              </w:rPr>
              <w:t xml:space="preserve"> </w:t>
            </w:r>
            <w:r w:rsidRPr="007D457D">
              <w:rPr>
                <w:lang w:val="ru-RU"/>
              </w:rPr>
              <w:t>тәсілдерін ішінара біледі. Бейнелерді орналастырып құрастыруға тырысады. Композицияны құрастыруға тырысады. Пішіндерді орналастыруға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Үлгіге</w:t>
            </w:r>
            <w:r w:rsidRPr="007D457D">
              <w:rPr>
                <w:lang w:val="ru-RU"/>
              </w:rPr>
              <w:t xml:space="preserve"> мән бермей құрастырады. Құрылысын ішінара атайды, ойнайды. Ішінара дербес құрастырады. Бөлшект</w:t>
            </w:r>
            <w:r w:rsidRPr="007D457D">
              <w:rPr>
                <w:lang w:val="ru-RU"/>
              </w:rPr>
              <w:t>ерді жинауға тырысады.</w:t>
            </w:r>
          </w:p>
          <w:p w:rsidR="00731718" w:rsidRDefault="004C503E">
            <w:pPr>
              <w:spacing w:after="20"/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 xml:space="preserve">Еліктейді, кейбір сөздерді қосып айтады. Кейбір әндерді таниды. Кейбір қимылдарды қайталайды. </w:t>
            </w:r>
            <w:r>
              <w:t>Кейбір аспаптарды ажыратады.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20 көрсеткіштің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Әлеуметт</w:t>
            </w:r>
            <w:r>
              <w:t>ік-эмоционалды дағдыларды қалыптастыру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0; төмен — 4.</w:t>
            </w:r>
          </w:p>
          <w:p w:rsidR="00731718" w:rsidRDefault="004C503E">
            <w:pPr>
              <w:spacing w:after="20"/>
            </w:pPr>
            <w:r>
              <w:t>Есіміне жауап бермейді, өзін танымайды. Заттармен әрекетке талпынады. Жеміс-көкөністі ажырата, атай алмайды. Қамқорлық танытпайды.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 xml:space="preserve">Есіміне жауап </w:t>
            </w:r>
            <w:r>
              <w:t>береді, өзін таниды. Заттарды таниды, қолдана біледі. Жемістер мен көкөністерді ажыратады, атайды. Өсімдіктер мен жануарларға қамқорлық танытады.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Өзін</w:t>
            </w:r>
            <w:r>
              <w:t xml:space="preserve"> кейде таниды, айнаға сирек қызығады. Заттарды таниды, қолдануды білмей</w:t>
            </w:r>
            <w:r>
              <w:t>ді. Жеміс-көкөністі ішінара атайды. Қамқорлық танытуға тырысады.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</w:tbl>
    <w:p w:rsidR="00731718" w:rsidRPr="007D457D" w:rsidRDefault="004C503E">
      <w:pPr>
        <w:pStyle w:val="aa"/>
        <w:pageBreakBefore/>
        <w:spacing w:after="60"/>
        <w:jc w:val="center"/>
        <w:rPr>
          <w:lang w:val="ru-RU"/>
        </w:rPr>
      </w:pPr>
      <w:r w:rsidRPr="007D457D">
        <w:rPr>
          <w:lang w:val="ru-RU"/>
        </w:rPr>
        <w:lastRenderedPageBreak/>
        <w:t xml:space="preserve">2024–2025 оқу жылына арналған баланың жеке даму </w:t>
      </w:r>
      <w:r w:rsidRPr="007D457D">
        <w:rPr>
          <w:lang w:val="ru-RU"/>
        </w:rPr>
        <w:t>картасы</w:t>
      </w:r>
    </w:p>
    <w:p w:rsidR="00731718" w:rsidRPr="007D457D" w:rsidRDefault="004C503E">
      <w:pPr>
        <w:spacing w:after="60"/>
        <w:rPr>
          <w:lang w:val="ru-RU"/>
        </w:rPr>
      </w:pPr>
      <w:r w:rsidRPr="007D457D">
        <w:rPr>
          <w:b/>
          <w:sz w:val="24"/>
          <w:lang w:val="ru-RU"/>
        </w:rPr>
        <w:t>Баланың аты-жөні: Бергенова Дихнат Даниярқызы</w:t>
      </w:r>
    </w:p>
    <w:p w:rsidR="00731718" w:rsidRPr="007D457D" w:rsidRDefault="004C503E">
      <w:pPr>
        <w:spacing w:after="40"/>
        <w:rPr>
          <w:lang w:val="ru-RU"/>
        </w:rPr>
      </w:pPr>
      <w:r w:rsidRPr="007D457D">
        <w:rPr>
          <w:lang w:val="ru-RU"/>
        </w:rPr>
        <w:t>Тобы: «Күншуақ» кіші тобы (2 жас)     Туған күні: ____________________</w:t>
      </w:r>
    </w:p>
    <w:p w:rsidR="00731718" w:rsidRPr="007D457D" w:rsidRDefault="004C503E">
      <w:pPr>
        <w:spacing w:after="80"/>
        <w:rPr>
          <w:lang w:val="ru-RU"/>
        </w:rPr>
      </w:pPr>
      <w:r w:rsidRPr="007D457D">
        <w:rPr>
          <w:lang w:val="ru-RU"/>
        </w:rPr>
        <w:t>Білім беру ұйымы: КМҚК «Нұрдәулет» бөбекжайы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Аралық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</w:t>
            </w:r>
            <w:r>
              <w:rPr>
                <w:b/>
              </w:rPr>
              <w:t>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Физикалық қасиеттерді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Жүреді, кейде жүгіру бағытын өзгертеді. Еңбектеуге талпынады. Беті-қолын дербес жууға тырысады. Өзі киініп, шешінуге талпынады.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1; орташа — 3; төмен — 0.</w:t>
            </w:r>
          </w:p>
          <w:p w:rsidR="00731718" w:rsidRDefault="004C503E">
            <w:pPr>
              <w:spacing w:after="20"/>
            </w:pPr>
            <w:r>
              <w:t>Жүреді, кейде жүгіру бағытын өзгертеді. Еңбектеуге талпынады. Беті-қолын дербес жууға тырысады.</w:t>
            </w:r>
          </w:p>
          <w:p w:rsidR="00731718" w:rsidRDefault="004C503E">
            <w:pPr>
              <w:spacing w:after="20"/>
            </w:pPr>
            <w:r>
              <w:rPr>
                <w:sz w:val="18"/>
              </w:rPr>
              <w:t>Қалған</w:t>
            </w:r>
            <w:r>
              <w:rPr>
                <w:sz w:val="18"/>
              </w:rPr>
              <w:t xml:space="preserve"> дағдыларды меңгерген.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 xml:space="preserve">Жүреді, кейде жүгіру бағытын өзгертеді. Еңбектеуге талпынады. Беті-қолын дербес жууға тырысады. </w:t>
            </w:r>
            <w:r>
              <w:t>Өзі</w:t>
            </w:r>
            <w:r>
              <w:t xml:space="preserve"> киініп, шешінуге талпынады.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Коммуникативтік дағдыларды дамыту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8;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 xml:space="preserve">Ересектердің сөзін ішінара түсінеді. </w:t>
            </w:r>
            <w:r>
              <w:t>Дыбыстарды айтуға талпынады. Сөз тіркестерін айтуға талпынады. Тыңдайды, кейбір сұраққа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 сөздерін қайталауға тырысады. Шығарманы ішінара тыңдайды. Сурет бойынша кейбір сұраққа жауап береді. Тақпақтың кейбір сөзін қайтал</w:t>
            </w:r>
            <w:r>
              <w:t>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1; орташа — 7;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Дыбыстарды айтуға талпынады. Сөз тіркестерін айтуға талпынады. Тыңдайды, кейбір сұраққа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 xml:space="preserve">Шығарма сөздерін қайталауға тырысады. Шығарманы ішінара тыңдайды. Сурет бойынша </w:t>
            </w:r>
            <w:r>
              <w:t>кейбір сұраққа жауап береді. Тақпақтың кейбір сөзін қайталайды.</w:t>
            </w:r>
          </w:p>
          <w:p w:rsidR="00731718" w:rsidRDefault="004C503E">
            <w:pPr>
              <w:spacing w:after="20"/>
            </w:pPr>
            <w:r>
              <w:rPr>
                <w:sz w:val="18"/>
              </w:rPr>
              <w:t>Қалған</w:t>
            </w:r>
            <w:r>
              <w:rPr>
                <w:sz w:val="18"/>
              </w:rPr>
              <w:t xml:space="preserve"> дағдыларды меңгерген.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8;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ішінара түсінеді. Дыбыстарды айтуға талпынады. Сөз тіркестерін айтуға талпынады. Тыңдайды, к</w:t>
            </w:r>
            <w:r>
              <w:t>ейбір сұраққа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 сөздерін қайталауға тырысады. Шығарманы ішінара тыңдайды. Сурет бойынша кейбір сұраққа жауап береді. Тақпақтың кейбір сөзін қайталайды.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8 көрсеткіштің барлығы орташа сипаттамаға сәйкес белгіленген. Дағдыл</w:t>
            </w:r>
            <w:r>
              <w:t>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Танымдық және зияткерлік дағдыларды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Нұсқауды орындауға талпынады. Заттарды ішінара топтастырады. Пішіндерді ішінара салыстырады. Заттарды ішінара зерттеп, салыстырады.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 xml:space="preserve">Жоғары — 0; орташа — </w:t>
            </w:r>
            <w:r>
              <w:rPr>
                <w:b/>
                <w:sz w:val="18"/>
              </w:rPr>
              <w:t>4; төмен — 0.</w:t>
            </w:r>
          </w:p>
          <w:p w:rsidR="00731718" w:rsidRDefault="004C503E">
            <w:pPr>
              <w:spacing w:after="20"/>
            </w:pPr>
            <w:r>
              <w:t>Нұсқауды орындауға талпынады. Заттарды ішінара топтастырады. Пішіндерді ішінара салыстырады. Заттарды ішінара зерттеп, салыстырады.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Нұсқауды орындауға талпынады. Заттарды ішінара топтастырады. Пішіндерді іші</w:t>
            </w:r>
            <w:r>
              <w:t>нара салыстырады. Заттарды ішінара зерттеп, салыстырады.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</w:tbl>
    <w:p w:rsidR="00731718" w:rsidRPr="007D457D" w:rsidRDefault="00731718">
      <w:pPr>
        <w:rPr>
          <w:lang w:val="kk-KZ"/>
        </w:rPr>
      </w:pPr>
    </w:p>
    <w:p w:rsidR="00731718" w:rsidRPr="007D457D" w:rsidRDefault="00731718">
      <w:pPr>
        <w:pageBreakBefore/>
        <w:spacing w:after="100"/>
        <w:rPr>
          <w:lang w:val="ru-RU"/>
        </w:rPr>
      </w:pP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Аралық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 xml:space="preserve">Балалардың шығармашылық дағдыларын, зерттеу </w:t>
            </w:r>
            <w:r>
              <w:t>іс-әрекетін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0; орташа — 20;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ұстайды, сызық жүргізуге талпынады. Суреттегі бейнені айтуға талпынады. Бояумен сызық салуға тырысады. Сурет салуды ішінара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Заттарға уақытша қызығушылық танытад</w:t>
            </w:r>
            <w:r w:rsidRPr="007D457D">
              <w:rPr>
                <w:lang w:val="ru-RU"/>
              </w:rPr>
              <w:t>ы. Мүсіндеуді ішінара меңгерген. Ыдыс пішінін тереңдетуге тырысады. Орналастыруға, жинауға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</w:t>
            </w:r>
            <w:r w:rsidRPr="007D457D">
              <w:rPr>
                <w:lang w:val="ru-RU"/>
              </w:rPr>
              <w:t xml:space="preserve"> тәсілдерін ішінара біледі. Бейнелерді орналастырып құрастыруға тырысады. Композицияны құрастыруға тырысады. Пішіндерді орналастыруға талпын</w:t>
            </w:r>
            <w:r w:rsidRPr="007D457D">
              <w:rPr>
                <w:lang w:val="ru-RU"/>
              </w:rPr>
              <w:t>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Үлгіге</w:t>
            </w:r>
            <w:r w:rsidRPr="007D457D">
              <w:rPr>
                <w:lang w:val="ru-RU"/>
              </w:rPr>
              <w:t xml:space="preserve"> мән бермей құрастырады. Құрылысын ішінара атайды, ойнайды. Ішінара дербес құрастырады. Бөлшектерді жинауға тырысады.</w:t>
            </w:r>
          </w:p>
          <w:p w:rsidR="00731718" w:rsidRDefault="004C503E">
            <w:pPr>
              <w:spacing w:after="20"/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 xml:space="preserve">Еліктейді, кейбір сөздерді қосып айтады. Кейбір әндерді таниды. Кейбір қимылдарды қайталайды. </w:t>
            </w:r>
            <w:r>
              <w:t>Кейбір аспапта</w:t>
            </w:r>
            <w:r>
              <w:t>рды ажыратады.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9; орташа — 11;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ұстайды, сызық жүргізуге талпынады. Суреттегі бейнені айтуға талпынады. Бояумен сызық салуға тырысады.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Орналастыруға, жинауға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 xml:space="preserve">Композицияны құрастыруға </w:t>
            </w:r>
            <w:r w:rsidRPr="007D457D">
              <w:rPr>
                <w:lang w:val="ru-RU"/>
              </w:rPr>
              <w:t>тырысады.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Үлгіге</w:t>
            </w:r>
            <w:r w:rsidRPr="007D457D">
              <w:rPr>
                <w:lang w:val="ru-RU"/>
              </w:rPr>
              <w:t xml:space="preserve"> мән бермей құрастырады. Құрылысын ішінара атайды, ойнайды. Ішінара дербес құрастырады. Бөлшектерді жинауға тырысады.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>Еліктейді, кейбір сөздерді қосып айтады. Кейбір әндерді таниды.</w:t>
            </w:r>
          </w:p>
          <w:p w:rsidR="00731718" w:rsidRDefault="004C503E">
            <w:pPr>
              <w:spacing w:after="20"/>
            </w:pPr>
            <w:r>
              <w:rPr>
                <w:sz w:val="18"/>
              </w:rPr>
              <w:t>Қалған</w:t>
            </w:r>
            <w:r>
              <w:rPr>
                <w:sz w:val="18"/>
              </w:rPr>
              <w:t xml:space="preserve"> дағдыларды меңгерген.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0</w:t>
            </w:r>
            <w:r w:rsidRPr="007D457D">
              <w:rPr>
                <w:b/>
                <w:sz w:val="18"/>
                <w:lang w:val="ru-RU"/>
              </w:rPr>
              <w:t>; орташа — 20;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ұстайды, сызық жүргізуге талпынады. Суреттегі бейнені айтуға талпынады. Бояумен сызық салуға тырысады. Сурет салуды ішінара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Заттарға уақытша қызығушылық танытады. Мүсіндеуді ішінара меңгерг</w:t>
            </w:r>
            <w:r w:rsidRPr="007D457D">
              <w:rPr>
                <w:lang w:val="ru-RU"/>
              </w:rPr>
              <w:t>ен. Ыдыс пішінін тереңдетуге тырысады. Орналастыруға, жинауға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</w:t>
            </w:r>
            <w:r w:rsidRPr="007D457D">
              <w:rPr>
                <w:lang w:val="ru-RU"/>
              </w:rPr>
              <w:t xml:space="preserve"> тәсілдерін ішінара біледі. Бейнелерді орналастырып құрастыруға тырысады. Композицияны құрастыруға тырысады. Пішіндерді орналастыруға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Үлгіге</w:t>
            </w:r>
            <w:r w:rsidRPr="007D457D">
              <w:rPr>
                <w:lang w:val="ru-RU"/>
              </w:rPr>
              <w:t xml:space="preserve"> мән бе</w:t>
            </w:r>
            <w:r w:rsidRPr="007D457D">
              <w:rPr>
                <w:lang w:val="ru-RU"/>
              </w:rPr>
              <w:t>рмей құрастырады. Құрылысын ішінара атайды, ойнайды. Ішінара дербес құрастырады. Бөлшектерді жинауға тырысады.</w:t>
            </w:r>
          </w:p>
          <w:p w:rsidR="00731718" w:rsidRDefault="004C503E">
            <w:pPr>
              <w:spacing w:after="20"/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 xml:space="preserve">Еліктейді, кейбір сөздерді қосып айтады. Кейбір әндерді таниды. Кейбір қимылдарды қайталайды. </w:t>
            </w:r>
            <w:r>
              <w:t>Кейбір аспаптарды ажыратады.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20 көрсеткішті</w:t>
            </w:r>
            <w:r>
              <w:t>ң</w:t>
            </w:r>
            <w:r>
              <w:t xml:space="preserve">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Әлеуметтік</w:t>
            </w:r>
            <w:r>
              <w:t>-эмоционалды дағдыларды қалыптастыру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Өзін</w:t>
            </w:r>
            <w:r>
              <w:t xml:space="preserve"> кейде таниды, айнаға сирек қызығады. Заттарды таниды, қолдануды білмейді. Жеміс-көкөністі</w:t>
            </w:r>
            <w:r>
              <w:t xml:space="preserve"> ішінара атайды. Қамқорлық танытуға тырысады.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Есіміне жауап береді, өзін таниды. Заттарды таниды, қолдана біледі. Жемістер мен көкөністерді ажыратады, атайды. Өсімдіктер мен жануарларға қамқорлық танытады.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</w:t>
            </w:r>
            <w:r>
              <w:rPr>
                <w:b/>
                <w:sz w:val="18"/>
              </w:rPr>
              <w:t>аша — 4; төмен — 0.</w:t>
            </w:r>
          </w:p>
          <w:p w:rsidR="00731718" w:rsidRDefault="004C503E">
            <w:pPr>
              <w:spacing w:after="20"/>
            </w:pPr>
            <w:r>
              <w:t>Өзін</w:t>
            </w:r>
            <w:r>
              <w:t xml:space="preserve"> кейде таниды, айнаға сирек қызығады. Заттарды таниды, қолдануды білмейді. Жеміс-көкөністі ішінара атайды. Қамқорлық танытуға тырысады.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</w:tbl>
    <w:p w:rsidR="00731718" w:rsidRPr="007D457D" w:rsidRDefault="004C503E">
      <w:pPr>
        <w:pStyle w:val="aa"/>
        <w:pageBreakBefore/>
        <w:spacing w:after="60"/>
        <w:jc w:val="center"/>
        <w:rPr>
          <w:lang w:val="ru-RU"/>
        </w:rPr>
      </w:pPr>
      <w:r w:rsidRPr="007D457D">
        <w:rPr>
          <w:lang w:val="ru-RU"/>
        </w:rPr>
        <w:lastRenderedPageBreak/>
        <w:t>2024–2025 оқу жылына арналған баланың жеке даму картасы</w:t>
      </w:r>
    </w:p>
    <w:p w:rsidR="00731718" w:rsidRPr="007D457D" w:rsidRDefault="004C503E">
      <w:pPr>
        <w:spacing w:after="60"/>
        <w:rPr>
          <w:lang w:val="ru-RU"/>
        </w:rPr>
      </w:pPr>
      <w:r w:rsidRPr="007D457D">
        <w:rPr>
          <w:b/>
          <w:sz w:val="24"/>
          <w:lang w:val="ru-RU"/>
        </w:rPr>
        <w:t>Баланың аты-жөні: Думанқызы Аделя</w:t>
      </w:r>
    </w:p>
    <w:p w:rsidR="00731718" w:rsidRPr="007D457D" w:rsidRDefault="004C503E">
      <w:pPr>
        <w:spacing w:after="40"/>
        <w:rPr>
          <w:lang w:val="ru-RU"/>
        </w:rPr>
      </w:pPr>
      <w:r w:rsidRPr="007D457D">
        <w:rPr>
          <w:lang w:val="ru-RU"/>
        </w:rPr>
        <w:t>Тобы: «Күншуақ» кіші тобы (2 жас)     Туған күні: 05.05.2022</w:t>
      </w:r>
    </w:p>
    <w:p w:rsidR="00731718" w:rsidRPr="007D457D" w:rsidRDefault="004C503E">
      <w:pPr>
        <w:spacing w:after="80"/>
        <w:rPr>
          <w:lang w:val="ru-RU"/>
        </w:rPr>
      </w:pPr>
      <w:r w:rsidRPr="007D457D">
        <w:rPr>
          <w:lang w:val="ru-RU"/>
        </w:rPr>
        <w:t>Білім беру ұйымы: КМҚК «Нұрдәулет» бөбекжайы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 xml:space="preserve">Бастапқы бақылау </w:t>
            </w:r>
            <w:r>
              <w:rPr>
                <w:b/>
              </w:rPr>
              <w:t>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Аралық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Физикалық қасиеттерді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Қарқынды</w:t>
            </w:r>
            <w:r>
              <w:t xml:space="preserve"> өзгертіп жүреді, жүгіреді, заттардың бойымен және астымен еңбектейді. Беті-қолын дербес жуады. </w:t>
            </w:r>
            <w:r>
              <w:t>Киіну мен шешінудің ретін біледі.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3; орташа — 0; төмен — 1.</w:t>
            </w:r>
          </w:p>
          <w:p w:rsidR="00731718" w:rsidRDefault="004C503E">
            <w:pPr>
              <w:spacing w:after="20"/>
            </w:pPr>
            <w:r>
              <w:t>Жүреді, жүгіру бағытын өзгертуге талпынбайды.</w:t>
            </w:r>
          </w:p>
          <w:p w:rsidR="00731718" w:rsidRDefault="004C503E">
            <w:pPr>
              <w:spacing w:after="20"/>
            </w:pPr>
            <w:r>
              <w:rPr>
                <w:sz w:val="18"/>
              </w:rPr>
              <w:t>Қалған</w:t>
            </w:r>
            <w:r>
              <w:rPr>
                <w:sz w:val="18"/>
              </w:rPr>
              <w:t xml:space="preserve"> дағдыларды меңгерген.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Қарқынды</w:t>
            </w:r>
            <w:r>
              <w:t xml:space="preserve"> өзгертіп жүреді, жүгіреді, заттардың бойымен және астымен еңбектейді</w:t>
            </w:r>
            <w:r>
              <w:t>. Беті-қолын дербес жуады. Киіну мен шешінудің ретін біледі.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жоғары сипаттамаға сәйкес белгіленген. Дағдыларды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Коммуникативтік дағдыларды дамыту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8; орташа — 0;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 xml:space="preserve">Ересектердің сөзін </w:t>
            </w:r>
            <w:r>
              <w:t>тыңдап, түсінеді. Дыбыстар мен еліктеу сөздерін анық айтады, қарапайым сөз тіркестерін қайталайды. Әңгімені тыңдап, сұрақтарға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Шығармадағы сөздерді қосылып қайталайды, таныс шығармаларды қызыға тыңдайды. Сурет бойынша сұрақтар</w:t>
            </w:r>
            <w:r>
              <w:t>ға</w:t>
            </w:r>
            <w:r>
              <w:t xml:space="preserve"> жауап береді, көмекпен шағын тақпақтарды қайталайды.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8; орташа — 0;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тыңдап, түсінеді. Дыбыстар мен еліктеу сөздерін анық айтады, қарапайым сөз тіркестерін қайталайды. Әңгімені тыңдап, сұрақтарға жа</w:t>
            </w:r>
            <w:r>
              <w:t>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Шығармадағы сөздерді қосылып қайталайды, таныс шығармаларды қызыға тыңдайды. Сурет бойынша сұрақтарға жауап береді, көмекпен шағын тақпақтарды қайталайды.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8; орташа — 0;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ты</w:t>
            </w:r>
            <w:r>
              <w:t>ңдап</w:t>
            </w:r>
            <w:r>
              <w:t>, түсінеді. Дыбыстар мен еліктеу сөздерін анық айтады, қарапайым сөз тіркестерін қайталайды. Әңгімені тыңдап, сұрақтарға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Шығармадағы сөздерді қосылып қайталайды, таныс шығармаларды қызыға тыңдайды. Сурет бойынша сұрақтарға</w:t>
            </w:r>
            <w:r>
              <w:t xml:space="preserve"> жауап береді, көмекпен шағын тақпақтарды қайталайды.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8 көрсеткіштің барлығы жоғары сипаттамаға сәйкес белгіленген. Дағдыларды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Танымдық және зияткерлік дағдыларды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Үлгі</w:t>
            </w:r>
            <w:r>
              <w:t xml:space="preserve"> мен нұсқауға сай тапсырма </w:t>
            </w:r>
            <w:r>
              <w:t>орындайды. Ұқсас заттарды топтастырады, пішіндерді салыстырады. Заттарды түсі, көлемі, пішіні бойынша зерттеп, салыстыра алады.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Үлгі</w:t>
            </w:r>
            <w:r>
              <w:t xml:space="preserve"> мен нұсқауға сай тапсырма орындайды. Ұқсас заттарды топтастырады, пішіндерді салыстырады</w:t>
            </w:r>
            <w:r>
              <w:t>. Заттарды түсі, көлемі, пішіні бойынша зерттеп, салыстыра алады.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Үлгі</w:t>
            </w:r>
            <w:r>
              <w:t xml:space="preserve"> мен нұсқауға сай тапсырма орындайды. Ұқсас заттарды топтастырады, пішіндерді салыстырады. Заттарды түсі, көлемі, пішіні бойынша зерттеп, салыстыра ала</w:t>
            </w:r>
            <w:r>
              <w:t>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жоғары сипаттамаға сәйкес белгіленген. Дағдыларды меңгерген.</w:t>
            </w:r>
          </w:p>
        </w:tc>
      </w:tr>
    </w:tbl>
    <w:p w:rsidR="00731718" w:rsidRPr="007D457D" w:rsidRDefault="00731718">
      <w:pPr>
        <w:pageBreakBefore/>
        <w:spacing w:after="100"/>
        <w:rPr>
          <w:lang w:val="ru-RU"/>
        </w:rPr>
      </w:pP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Аралық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Балалардың шығармашылық дағдыларын, зерттеу іс-әрекетін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20; орташа — 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</w:t>
            </w:r>
            <w:r w:rsidRPr="007D457D">
              <w:rPr>
                <w:lang w:val="ru-RU"/>
              </w:rPr>
              <w:t>дұрыс ұстайды, сызықтар мен жақпалар салады. Суретіне қуанады, бейнеленгенін айтады. Қағазға және құмға сурет салуды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Мүсіндейтін заттарды зерттейді, қарапайым тәсілдерді меңгерген. Ыдыс пішінін саусақпен тереңдетеді. Бұйымын орналастыр</w:t>
            </w:r>
            <w:r w:rsidRPr="007D457D">
              <w:rPr>
                <w:lang w:val="ru-RU"/>
              </w:rPr>
              <w:t>ып, материалдарын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Қағазбен</w:t>
            </w:r>
            <w:r w:rsidRPr="007D457D">
              <w:rPr>
                <w:lang w:val="ru-RU"/>
              </w:rPr>
              <w:t xml:space="preserve"> жұмыс тәсілдерін біледі. Бейнелер мен қарапайым композицияларды орналастырып, құрастырады. Симметриялық пішіндер мен оюларды орналастыра алады.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</w:t>
            </w:r>
            <w:r w:rsidRPr="007D457D">
              <w:rPr>
                <w:lang w:val="ru-RU"/>
              </w:rPr>
              <w:t xml:space="preserve"> бойынша құрастырады, құрылысын атап, онымен ойнайды</w:t>
            </w:r>
            <w:r w:rsidRPr="007D457D">
              <w:rPr>
                <w:lang w:val="ru-RU"/>
              </w:rPr>
              <w:t>. Дербес құрастыруда белсенділік танытады, бөлшектерді ұқыпты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>Дауыс ырғағына еліктеп, сөздерді қосып айтады. Таныс әндерді таниды, қуанады. Қимылдарды қайталайды, музыкалық аспаптарды ажыратады.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20; орташа — 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Сурет са</w:t>
            </w:r>
            <w:r w:rsidRPr="007D457D">
              <w:rPr>
                <w:b/>
                <w:lang w:val="ru-RU"/>
              </w:rPr>
              <w:t xml:space="preserve">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дұрыс ұстайды, сызықтар мен жақпалар салады. Суретіне қуанады, бейнеленгенін айтады. Қағазға және құмға сурет салуды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 xml:space="preserve">Мүсіндейтін заттарды зерттейді, қарапайым тәсілдерді меңгерген. Ыдыс пішінін саусақпен тереңдетеді. </w:t>
            </w:r>
            <w:r w:rsidRPr="007D457D">
              <w:rPr>
                <w:lang w:val="ru-RU"/>
              </w:rPr>
              <w:t>Бұйымын орналастырып, материалдарын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Қағазбен</w:t>
            </w:r>
            <w:r w:rsidRPr="007D457D">
              <w:rPr>
                <w:lang w:val="ru-RU"/>
              </w:rPr>
              <w:t xml:space="preserve"> жұмыс тәсілдерін біледі. Бейнелер мен қарапайым композицияларды орналастырып, құрастырады. Симметриялық пішіндер мен оюларды орналастыра алады.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</w:t>
            </w:r>
            <w:r w:rsidRPr="007D457D">
              <w:rPr>
                <w:lang w:val="ru-RU"/>
              </w:rPr>
              <w:t xml:space="preserve"> бойынша құрастырады, құрылысын ат</w:t>
            </w:r>
            <w:r w:rsidRPr="007D457D">
              <w:rPr>
                <w:lang w:val="ru-RU"/>
              </w:rPr>
              <w:t>ап, онымен ойнайды. Дербес құрастыруда белсенділік танытады, бөлшектерді ұқыпты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>Дауыс ырғағына еліктеп, сөздерді қосып айтады. Таныс әндерді таниды, қуанады. Қимылдарды қайталайды, музыкалық аспаптарды ажыратады.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20; орташа — 0; т</w:t>
            </w:r>
            <w:r w:rsidRPr="007D457D">
              <w:rPr>
                <w:b/>
                <w:sz w:val="18"/>
                <w:lang w:val="ru-RU"/>
              </w:rPr>
              <w:t>өмен</w:t>
            </w:r>
            <w:r w:rsidRPr="007D457D">
              <w:rPr>
                <w:b/>
                <w:sz w:val="18"/>
                <w:lang w:val="ru-RU"/>
              </w:rPr>
              <w:t xml:space="preserve">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дұрыс ұстайды, сызықтар мен жақпалар салады. Суретіне қуанады, бейнеленгенін айтады. Қағазға және құмға сурет салуды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Мүсіндейтін заттарды зерттейді, қарапайым тәсілдерді меңгерген. Ыдыс пішінін саусақпен т</w:t>
            </w:r>
            <w:r w:rsidRPr="007D457D">
              <w:rPr>
                <w:lang w:val="ru-RU"/>
              </w:rPr>
              <w:t>ереңдетеді. Бұйымын орналастырып, материалдарын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Қағазбен</w:t>
            </w:r>
            <w:r w:rsidRPr="007D457D">
              <w:rPr>
                <w:lang w:val="ru-RU"/>
              </w:rPr>
              <w:t xml:space="preserve"> жұмыс тәсілдерін біледі. Бейнелер мен қарапайым композицияларды орналастырып, құрастырады. Симметриялық пішіндер мен оюларды орналастыра алады.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</w:t>
            </w:r>
            <w:r w:rsidRPr="007D457D">
              <w:rPr>
                <w:lang w:val="ru-RU"/>
              </w:rPr>
              <w:t xml:space="preserve"> бойынша құрастырады, </w:t>
            </w:r>
            <w:r w:rsidRPr="007D457D">
              <w:rPr>
                <w:lang w:val="ru-RU"/>
              </w:rPr>
              <w:t>құрылысын</w:t>
            </w:r>
            <w:r w:rsidRPr="007D457D">
              <w:rPr>
                <w:lang w:val="ru-RU"/>
              </w:rPr>
              <w:t xml:space="preserve"> атап, онымен ойнайды. Дербес құрастыруда белсенділік танытады, бөлшектерді ұқыпты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>Дауыс ырғағына еліктеп, сөздерді қосып айтады. Таныс әндерді таниды, қуанады. Қимылдарды қайталайды, музыкалық аспаптарды ажыратады.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 w:rsidRPr="007D457D">
              <w:rPr>
                <w:lang w:val="ru-RU"/>
              </w:rPr>
              <w:t>20 көрсеткішті</w:t>
            </w:r>
            <w:r w:rsidRPr="007D457D">
              <w:rPr>
                <w:lang w:val="ru-RU"/>
              </w:rPr>
              <w:t>ң</w:t>
            </w:r>
            <w:r w:rsidRPr="007D457D">
              <w:rPr>
                <w:lang w:val="ru-RU"/>
              </w:rPr>
              <w:t xml:space="preserve"> барлығы жоғары сипаттамаға сәйкес белгіленген. </w:t>
            </w:r>
            <w:r>
              <w:t>Дағдыларды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Әлеуметтік</w:t>
            </w:r>
            <w:r>
              <w:t>-эмоционалды дағдыларды қалыптастыру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 xml:space="preserve">Есіміне жауап береді, өзін таниды. Заттарды таниды, қолдана біледі. Жемістер мен көкөністерді </w:t>
            </w:r>
            <w:r>
              <w:t>ажыратады, атайды. Өсімдіктер мен жануарларға қамқорлық танытады.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Есіміне жауап береді, өзін таниды. Заттарды таниды, қолдана біледі. Жемістер мен көкөністерді ажыратады, атайды. Өсімдіктер мен жануарларға қамқорлық таныт</w:t>
            </w:r>
            <w:r>
              <w:t>ады.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Есіміне жауап береді, өзін таниды. Заттарды таниды, қолдана біледі. Жемістер мен көкөністерді ажыратады, атайды. Өсімдіктер мен жануарларға қамқорлық танытады.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жоғары сипаттамаға сәйкес белгіле</w:t>
            </w:r>
            <w:r>
              <w:t>нген. Дағдыларды меңгерген.</w:t>
            </w:r>
          </w:p>
        </w:tc>
      </w:tr>
    </w:tbl>
    <w:p w:rsidR="00731718" w:rsidRPr="007D457D" w:rsidRDefault="004C503E">
      <w:pPr>
        <w:pStyle w:val="aa"/>
        <w:pageBreakBefore/>
        <w:spacing w:after="60"/>
        <w:jc w:val="center"/>
        <w:rPr>
          <w:lang w:val="ru-RU"/>
        </w:rPr>
      </w:pPr>
      <w:r w:rsidRPr="007D457D">
        <w:rPr>
          <w:lang w:val="ru-RU"/>
        </w:rPr>
        <w:lastRenderedPageBreak/>
        <w:t xml:space="preserve">2024–2025 оқу жылына </w:t>
      </w:r>
      <w:r w:rsidRPr="007D457D">
        <w:rPr>
          <w:lang w:val="ru-RU"/>
        </w:rPr>
        <w:t>арналған баланың жеке даму картасы</w:t>
      </w:r>
    </w:p>
    <w:p w:rsidR="00731718" w:rsidRPr="007D457D" w:rsidRDefault="004C503E">
      <w:pPr>
        <w:spacing w:after="60"/>
        <w:rPr>
          <w:lang w:val="ru-RU"/>
        </w:rPr>
      </w:pPr>
      <w:r w:rsidRPr="007D457D">
        <w:rPr>
          <w:b/>
          <w:sz w:val="24"/>
          <w:lang w:val="ru-RU"/>
        </w:rPr>
        <w:t>Баланың аты-жөні: Ерболат Бейбарыс Нұрсұлтанұлы</w:t>
      </w:r>
    </w:p>
    <w:p w:rsidR="00731718" w:rsidRPr="007D457D" w:rsidRDefault="004C503E">
      <w:pPr>
        <w:spacing w:after="40"/>
        <w:rPr>
          <w:lang w:val="ru-RU"/>
        </w:rPr>
      </w:pPr>
      <w:r w:rsidRPr="007D457D">
        <w:rPr>
          <w:lang w:val="ru-RU"/>
        </w:rPr>
        <w:t>Тобы: «Күншуақ» кіші тобы (2 жас)     Туған күні: 15.11.2022</w:t>
      </w:r>
    </w:p>
    <w:p w:rsidR="00731718" w:rsidRPr="007D457D" w:rsidRDefault="004C503E">
      <w:pPr>
        <w:spacing w:after="80"/>
        <w:rPr>
          <w:lang w:val="ru-RU"/>
        </w:rPr>
      </w:pPr>
      <w:r w:rsidRPr="007D457D">
        <w:rPr>
          <w:lang w:val="ru-RU"/>
        </w:rPr>
        <w:t>Білім беру ұйымы: КМҚК «Нұрдәулет» бөбекжайы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Аралық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Физикалық қасиеттерді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0; төмен — 4.</w:t>
            </w:r>
          </w:p>
          <w:p w:rsidR="00731718" w:rsidRDefault="004C503E">
            <w:pPr>
              <w:spacing w:after="20"/>
            </w:pPr>
            <w:r>
              <w:t>Жүреді, жүгіру бағытын өзгертуге талпынбайды. Еңбектеу тапсырмасын орындамайды. Беті-қолын дербес жумайды. Киіну, шешіну ретін сақтамайды.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2; орташа — 1; төмен — 1.</w:t>
            </w:r>
          </w:p>
          <w:p w:rsidR="00731718" w:rsidRDefault="004C503E">
            <w:pPr>
              <w:spacing w:after="20"/>
            </w:pPr>
            <w:r>
              <w:t>Жүреді, жүгіру бағытын өзгертуге талпынбайды. Өзі киініп, шешінуге талпынады.</w:t>
            </w:r>
          </w:p>
          <w:p w:rsidR="00731718" w:rsidRDefault="004C503E">
            <w:pPr>
              <w:spacing w:after="20"/>
            </w:pPr>
            <w:r>
              <w:rPr>
                <w:sz w:val="18"/>
              </w:rPr>
              <w:t>Қалған</w:t>
            </w:r>
            <w:r>
              <w:rPr>
                <w:sz w:val="18"/>
              </w:rPr>
              <w:t xml:space="preserve"> дағдыларды меңгерген.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Жүреді, кейде жүгіру бағытын өзгертеді. Еңбектеуге талпынады. Беті-қолын дербес</w:t>
            </w:r>
            <w:r>
              <w:t xml:space="preserve"> жууға тырысады. Өзі киініп, шешінуге талпынады.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Коммуникативтік дағдыларды дамыту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0; төмен — 8.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 xml:space="preserve">Тыңдайды, бірақ түсінбейді. </w:t>
            </w:r>
            <w:r>
              <w:t>Дыбыстарды айтпайды. Сөз тіркестерін айта алмайды. Тыңдайды, сұраққа жауап бере алмайды.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 сөздерін қайталамайды. Шығарманы тыңдағысы келмейді. Сурет бойынша сұраққа жауап бермейді. Тақпақты қайталауға талпынбайды.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 xml:space="preserve">Жоғары — 4; орташа </w:t>
            </w:r>
            <w:r>
              <w:rPr>
                <w:b/>
                <w:sz w:val="18"/>
              </w:rPr>
              <w:t>— 4;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ішінара түсінеді. Дыбыстарды айтуға талпынады. Сөз тіркестерін айтуға талпынады. Тыңдайды, кейбір сұраққа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Шығармадағы сөздерді қосылып қайталайды, таныс шығармаларды қызыға т</w:t>
            </w:r>
            <w:r>
              <w:t>ыңдайды. Сурет бойынша сұрақтарға жауап береді, көмекпен шағын тақпақтарды қайталайды.</w:t>
            </w:r>
          </w:p>
          <w:p w:rsidR="00731718" w:rsidRDefault="004C503E">
            <w:pPr>
              <w:spacing w:after="20"/>
            </w:pPr>
            <w:r>
              <w:rPr>
                <w:sz w:val="18"/>
              </w:rPr>
              <w:t>Қалған</w:t>
            </w:r>
            <w:r>
              <w:rPr>
                <w:sz w:val="18"/>
              </w:rPr>
              <w:t xml:space="preserve"> дағдыларды меңгерген.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8;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ішінара түсінеді. Дыбыстарды айтуға талпынады. Сөз тіркестерін айтуға</w:t>
            </w:r>
            <w:r>
              <w:t xml:space="preserve"> талпынады. Тыңдайды, кейбір сұраққа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 сөздерін қайталауға тырысады. Шығарманы ішінара тыңдайды. Сурет бойынша кейбір сұраққа жауап береді. Тақпақтың кейбір сөзін қайталайды.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8 көрсеткіштің барлығы орташа сипаттамаға сәй</w:t>
            </w:r>
            <w:r>
              <w:t>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Танымдық және зияткерлік дағдыларды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0; төмен — 4.</w:t>
            </w:r>
          </w:p>
          <w:p w:rsidR="00731718" w:rsidRDefault="004C503E">
            <w:pPr>
              <w:spacing w:after="20"/>
            </w:pPr>
            <w:r>
              <w:t>Нұсқауға сай орындай алмайды. Заттарды топтастыра алмайды. Пішіндерді салыстыра алмайды. Зерттейді, салыстыра алмайды.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1;</w:t>
            </w:r>
            <w:r>
              <w:rPr>
                <w:b/>
                <w:sz w:val="18"/>
              </w:rPr>
              <w:t xml:space="preserve"> орташа — 3; төмен — 0.</w:t>
            </w:r>
          </w:p>
          <w:p w:rsidR="00731718" w:rsidRDefault="004C503E">
            <w:pPr>
              <w:spacing w:after="20"/>
            </w:pPr>
            <w:r>
              <w:t>Нұсқауды орындауға талпынады. Заттарды ішінара топтастырады. Пішіндерді ішінара салыстырады.</w:t>
            </w:r>
          </w:p>
          <w:p w:rsidR="00731718" w:rsidRDefault="004C503E">
            <w:pPr>
              <w:spacing w:after="20"/>
            </w:pPr>
            <w:r>
              <w:rPr>
                <w:sz w:val="18"/>
              </w:rPr>
              <w:t>Қалған</w:t>
            </w:r>
            <w:r>
              <w:rPr>
                <w:sz w:val="18"/>
              </w:rPr>
              <w:t xml:space="preserve"> дағдыларды меңгерген.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Нұсқауды орындауға талпынады. Заттарды ішінара топтастырады. Пішіндерді іші</w:t>
            </w:r>
            <w:r>
              <w:t>нара салыстырады. Заттарды ішінара зерттеп, салыстырады.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</w:tbl>
    <w:p w:rsidR="00731718" w:rsidRPr="007D457D" w:rsidRDefault="00731718">
      <w:pPr>
        <w:rPr>
          <w:lang w:val="kk-KZ"/>
        </w:rPr>
      </w:pPr>
    </w:p>
    <w:p w:rsidR="00731718" w:rsidRPr="007D457D" w:rsidRDefault="00731718">
      <w:pPr>
        <w:pageBreakBefore/>
        <w:spacing w:after="100"/>
        <w:rPr>
          <w:lang w:val="kk-KZ"/>
        </w:rPr>
      </w:pP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Аралық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Балалардың шығармашылық дағдыларын, зерттеу</w:t>
            </w:r>
            <w:r>
              <w:t xml:space="preserve"> іс-әрекетін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0; орташа — 0; төмен — 20.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</w:t>
            </w:r>
            <w:r w:rsidRPr="007D457D">
              <w:rPr>
                <w:lang w:val="ru-RU"/>
              </w:rPr>
              <w:t xml:space="preserve"> ұстау, сызық жүргізуде қиналады. Суретіне қуанады, бейнесін айта алмайды. Бояумен сызық сала алмайды. Сурет салуды меңгеруге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Заттарды зерттеуге талпынбайды. Мүсі</w:t>
            </w:r>
            <w:r w:rsidRPr="007D457D">
              <w:rPr>
                <w:lang w:val="ru-RU"/>
              </w:rPr>
              <w:t>ндеу тәсілдерін меңгермеген. Пішінді тереңдете алмайды. Бұйымын орналастыра алмайды, жинамайды.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</w:t>
            </w:r>
            <w:r w:rsidRPr="007D457D">
              <w:rPr>
                <w:lang w:val="ru-RU"/>
              </w:rPr>
              <w:t xml:space="preserve"> тәсілдерін білмейді. Бейнелерді орналастырады, құрастыра алмайды. Композицияны құрастыра алмайды. Пішіндерді орналастыра алмайды.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Құры</w:t>
            </w:r>
            <w:r w:rsidRPr="007D457D">
              <w:rPr>
                <w:lang w:val="ru-RU"/>
              </w:rPr>
              <w:t>лыс құрастыра алмайды. Құрылысын дұрыс атай алмайды, ойнайды. Дербес құрастырмайды. Бөлшектерді жинамайды.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>Қосылып</w:t>
            </w:r>
            <w:r w:rsidRPr="007D457D">
              <w:rPr>
                <w:lang w:val="ru-RU"/>
              </w:rPr>
              <w:t xml:space="preserve"> айтуға талпынады. Әндерге мән бермейді. Қимылдарды қайталауға тырысады. Аспаптарды ажырата алмайды.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 xml:space="preserve">Жоғары — 20; орташа — 0; төмен — </w:t>
            </w:r>
            <w:r w:rsidRPr="007D457D">
              <w:rPr>
                <w:b/>
                <w:sz w:val="18"/>
                <w:lang w:val="ru-RU"/>
              </w:rPr>
              <w:t>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дұрыс ұстайды, сызықтар мен жақпалар салады. Суретіне қуанады, бейнеленгенін айтады. Қағазға және құмға сурет салуды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 xml:space="preserve">Мүсіндейтін заттарды зерттейді, қарапайым тәсілдерді меңгерген. Ыдыс пішінін саусақпен </w:t>
            </w:r>
            <w:r w:rsidRPr="007D457D">
              <w:rPr>
                <w:lang w:val="ru-RU"/>
              </w:rPr>
              <w:t>тереңдетеді. Бұйымын орналастырып, материалдарын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Қағазбен</w:t>
            </w:r>
            <w:r w:rsidRPr="007D457D">
              <w:rPr>
                <w:lang w:val="ru-RU"/>
              </w:rPr>
              <w:t xml:space="preserve"> жұмыс тәсілдерін біледі. Бейнелер мен қарапайым композицияларды орналастырып, құрастырады. Симметриялық пішіндер мен оюларды орналастыра алады.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</w:t>
            </w:r>
            <w:r w:rsidRPr="007D457D">
              <w:rPr>
                <w:lang w:val="ru-RU"/>
              </w:rPr>
              <w:t xml:space="preserve"> бойынша құрастырады,</w:t>
            </w:r>
            <w:r w:rsidRPr="007D457D">
              <w:rPr>
                <w:lang w:val="ru-RU"/>
              </w:rPr>
              <w:t xml:space="preserve"> құрылысын атап, онымен ойнайды. Дербес құрастыруда белсенділік танытады, бөлшектерді ұқыпты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>Дауыс ырғағына еліктеп, сөздерді қосып айтады. Таныс әндерді таниды, қуанады. Қимылдарды қайталайды, музыкалық аспаптарды ажыратады.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0; о</w:t>
            </w:r>
            <w:r w:rsidRPr="007D457D">
              <w:rPr>
                <w:b/>
                <w:sz w:val="18"/>
                <w:lang w:val="ru-RU"/>
              </w:rPr>
              <w:t>рташа — 20;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ұстайды, сызық жүргізуге талпынады. Суреттегі бейнені айтуға талпынады. Бояумен сызық салуға тырысады. Сурет салуды ішінара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Заттарға уақытша қызығушылық танытады. Мүсіндеуді ішінара меңгерген.</w:t>
            </w:r>
            <w:r w:rsidRPr="007D457D">
              <w:rPr>
                <w:lang w:val="ru-RU"/>
              </w:rPr>
              <w:t xml:space="preserve"> Ыдыс пішінін тереңдетуге тырысады. Орналастыруға, жинауға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</w:t>
            </w:r>
            <w:r w:rsidRPr="007D457D">
              <w:rPr>
                <w:lang w:val="ru-RU"/>
              </w:rPr>
              <w:t xml:space="preserve"> тәсілдерін ішінара біледі. Бейнелерді орналастырып құрастыруға тырысады. Композицияны құрастыруға тырысады. Пішіндерді орналастыруға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Үлгіге</w:t>
            </w:r>
            <w:r w:rsidRPr="007D457D">
              <w:rPr>
                <w:lang w:val="ru-RU"/>
              </w:rPr>
              <w:t xml:space="preserve"> мән берме</w:t>
            </w:r>
            <w:r w:rsidRPr="007D457D">
              <w:rPr>
                <w:lang w:val="ru-RU"/>
              </w:rPr>
              <w:t>й құрастырады. Құрылысын ішінара атайды, ойнайды. Ішінара дербес құрастырады. Бөлшектерді жинауға тырысады.</w:t>
            </w:r>
          </w:p>
          <w:p w:rsidR="00731718" w:rsidRDefault="004C503E">
            <w:pPr>
              <w:spacing w:after="20"/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 xml:space="preserve">Еліктейді, кейбір сөздерді қосып айтады. Кейбір әндерді таниды. Кейбір қимылдарды қайталайды. </w:t>
            </w:r>
            <w:r>
              <w:t>Кейбір аспаптарды ажыратады.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20 көрсеткіштің б</w:t>
            </w:r>
            <w:r>
              <w:t>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Әлеуметтік</w:t>
            </w:r>
            <w:r>
              <w:t>-эмоционалды дағдыларды қалыптастыру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0; төмен — 4.</w:t>
            </w:r>
          </w:p>
          <w:p w:rsidR="00731718" w:rsidRDefault="004C503E">
            <w:pPr>
              <w:spacing w:after="20"/>
            </w:pPr>
            <w:r>
              <w:t xml:space="preserve">Есіміне жауап бермейді, өзін танымайды. Заттармен әрекетке талпынады. Жеміс-көкөністі ажырата, </w:t>
            </w:r>
            <w:r>
              <w:t>атай алмайды. Қамқорлық танытпайды.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Есіміне жауап береді, өзін таниды. Заттарды таниды, қолдана біледі. Жемістер мен көкөністерді ажыратады, атайды. Өсімдіктер мен жануарларға қамқорлық танытады.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</w:t>
            </w:r>
            <w:r>
              <w:rPr>
                <w:b/>
                <w:sz w:val="18"/>
              </w:rPr>
              <w:t>өмен</w:t>
            </w:r>
            <w:r>
              <w:rPr>
                <w:b/>
                <w:sz w:val="18"/>
              </w:rPr>
              <w:t xml:space="preserve"> — 0.</w:t>
            </w:r>
          </w:p>
          <w:p w:rsidR="00731718" w:rsidRDefault="004C503E">
            <w:pPr>
              <w:spacing w:after="20"/>
            </w:pPr>
            <w:r>
              <w:t>Өзін</w:t>
            </w:r>
            <w:r>
              <w:t xml:space="preserve"> кейде таниды, айнаға сирек қызығады. Заттарды таниды, қолдануды білмейді. Жеміс-көкөністі ішінара атайды. Қамқорлық танытуға тырысады.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</w:tbl>
    <w:p w:rsidR="00731718" w:rsidRPr="007D457D" w:rsidRDefault="004C503E">
      <w:pPr>
        <w:pStyle w:val="aa"/>
        <w:pageBreakBefore/>
        <w:spacing w:after="60"/>
        <w:jc w:val="center"/>
        <w:rPr>
          <w:lang w:val="ru-RU"/>
        </w:rPr>
      </w:pPr>
      <w:r w:rsidRPr="007D457D">
        <w:rPr>
          <w:lang w:val="ru-RU"/>
        </w:rPr>
        <w:lastRenderedPageBreak/>
        <w:t>2024–2025 оқу жылына арналған баланың жеке даму картасы</w:t>
      </w:r>
    </w:p>
    <w:p w:rsidR="00731718" w:rsidRPr="007D457D" w:rsidRDefault="004C503E">
      <w:pPr>
        <w:spacing w:after="60"/>
        <w:rPr>
          <w:lang w:val="ru-RU"/>
        </w:rPr>
      </w:pPr>
      <w:r w:rsidRPr="007D457D">
        <w:rPr>
          <w:b/>
          <w:sz w:val="24"/>
          <w:lang w:val="ru-RU"/>
        </w:rPr>
        <w:t xml:space="preserve">Баланың </w:t>
      </w:r>
      <w:r w:rsidRPr="007D457D">
        <w:rPr>
          <w:b/>
          <w:sz w:val="24"/>
          <w:lang w:val="ru-RU"/>
        </w:rPr>
        <w:t>аты-жөні: Ербота Дидар Нұрдаулетұлы</w:t>
      </w:r>
    </w:p>
    <w:p w:rsidR="00731718" w:rsidRPr="007D457D" w:rsidRDefault="004C503E">
      <w:pPr>
        <w:spacing w:after="40"/>
        <w:rPr>
          <w:lang w:val="ru-RU"/>
        </w:rPr>
      </w:pPr>
      <w:r w:rsidRPr="007D457D">
        <w:rPr>
          <w:lang w:val="ru-RU"/>
        </w:rPr>
        <w:t>Тобы: «Күншуақ» кіші тобы (2 жас)     Туған күні: 14.06.2022</w:t>
      </w:r>
    </w:p>
    <w:p w:rsidR="00731718" w:rsidRPr="007D457D" w:rsidRDefault="004C503E">
      <w:pPr>
        <w:spacing w:after="80"/>
        <w:rPr>
          <w:lang w:val="ru-RU"/>
        </w:rPr>
      </w:pPr>
      <w:r w:rsidRPr="007D457D">
        <w:rPr>
          <w:lang w:val="ru-RU"/>
        </w:rPr>
        <w:t>Білім беру ұйымы: КМҚК «Нұрдәулет» бөбекжайы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Аралық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Физикалық қасиеттерді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Жүреді, кейде жүгіру бағытын өзгертеді. Еңбектеуге талпынады. Беті-қолын дербес жууға тырысады. Өзі киініп, шешінуге талпынады.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2; төмен — 1. Нақтылау — 1.</w:t>
            </w:r>
          </w:p>
          <w:p w:rsidR="00731718" w:rsidRDefault="004C503E">
            <w:pPr>
              <w:spacing w:after="20"/>
            </w:pPr>
            <w:r>
              <w:t>Жүреді, жүгіру</w:t>
            </w:r>
            <w:r>
              <w:t xml:space="preserve"> бағытын өзгертуге талпынбайды. Еңбектеуге талпынады. Беті-қолын дербес жуу: жоғары және орташа нұсқа қатар белгіленген, нақтылау қажет. Өзі киініп, шешінуге талпынады.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Жүреді, кейде жүгіру бағытын өзгертеді. Еңбектеуге т</w:t>
            </w:r>
            <w:r>
              <w:t>алпынады. Беті-қолын дербес жууға тырысады. Өзі киініп, шешінуге талпынады.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Коммуникативтік дағдыларды дамыту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8;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ішінара түсінеді. Дыбыстарды айтуға талпынады. Сөз тіркестерін айтуға талпынады. Тыңдайды, кейбір сұраққа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 xml:space="preserve">Шығарма сөздерін қайталауға тырысады. Шығарманы ішінара тыңдайды. Сурет бойынша кейбір сұраққа жауап </w:t>
            </w:r>
            <w:r>
              <w:t>береді. Тақпақтың кейбір сөзін қайталайды.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8; орташа — 0;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тыңдап, түсінеді. Дыбыстар мен еліктеу сөздерін анық айтады, қарапайым сөз тіркестерін қайталайды. Әңгімені тыңдап, сұрақтарға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>К</w:t>
            </w:r>
            <w:r>
              <w:rPr>
                <w:b/>
              </w:rPr>
              <w:t>өркем</w:t>
            </w:r>
            <w:r>
              <w:rPr>
                <w:b/>
              </w:rPr>
              <w:t xml:space="preserve"> әдебиет. </w:t>
            </w:r>
            <w:r>
              <w:t>Шығармадағы сөздерді қосылып қайталайды, таныс шығармаларды қызыға тыңдайды. Сурет бойынша сұрақтарға жауап береді, көмекпен шағын тақпақтарды қайталайды.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8;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ішінара түсінед</w:t>
            </w:r>
            <w:r>
              <w:t>і. Дыбыстарды айтуға талпынады. Сөз тіркестерін айтуға талпынады. Тыңдайды, кейбір сұраққа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 сөздерін қайталауға тырысады. Шығарманы ішінара тыңдайды. Сурет бойынша кейбір сұраққа жауап береді. Тақпақтың кейбір сөзін қай</w:t>
            </w:r>
            <w:r>
              <w:t>талайды.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8 көрсеткіштің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Танымдық және зияткерлік дағдыларды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 xml:space="preserve">Нұсқауды орындауға талпынады. Заттарды ішінара топтастырады. Пішіндерді </w:t>
            </w:r>
            <w:r>
              <w:t>ішінара салыстырады. Заттарды ішінара зерттеп, салыстырады.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Үлгі</w:t>
            </w:r>
            <w:r>
              <w:t xml:space="preserve"> мен нұсқауға сай тапсырма орындайды. Ұқсас заттарды топтастырады, пішіндерді салыстырады. Заттарды түсі, көлемі, пішіні бойынша зерттеп, салыстыра алады.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</w:t>
            </w:r>
            <w:r>
              <w:rPr>
                <w:b/>
                <w:sz w:val="18"/>
              </w:rPr>
              <w:t>ғары</w:t>
            </w:r>
            <w:r>
              <w:rPr>
                <w:b/>
                <w:sz w:val="18"/>
              </w:rPr>
              <w:t xml:space="preserve"> — 0; орташа — 4; төмен — 0.</w:t>
            </w:r>
          </w:p>
          <w:p w:rsidR="00731718" w:rsidRDefault="004C503E">
            <w:pPr>
              <w:spacing w:after="20"/>
            </w:pPr>
            <w:r>
              <w:t>Нұсқауды орындауға талпынады. Заттарды ішінара топтастырады. Пішіндерді ішінара салыстырады. Заттарды ішінара зерттеп, салыстырады.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</w:tbl>
    <w:p w:rsidR="00731718" w:rsidRPr="007D457D" w:rsidRDefault="00731718">
      <w:pPr>
        <w:rPr>
          <w:lang w:val="kk-KZ"/>
        </w:rPr>
      </w:pPr>
    </w:p>
    <w:p w:rsidR="00731718" w:rsidRPr="007D457D" w:rsidRDefault="00731718">
      <w:pPr>
        <w:pageBreakBefore/>
        <w:spacing w:after="100"/>
        <w:rPr>
          <w:lang w:val="ru-RU"/>
        </w:rPr>
      </w:pP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 xml:space="preserve">Аралық бақылау </w:t>
            </w:r>
            <w:r>
              <w:rPr>
                <w:b/>
              </w:rPr>
              <w:t>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Балалардың шығармашылық дағдыларын, зерттеу іс-әрекетін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0; орташа — 20;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ұстайды, сызық жүргізуге талпынады. Суреттегі бейнені айтуға талпынады. Бояумен</w:t>
            </w:r>
            <w:r w:rsidRPr="007D457D">
              <w:rPr>
                <w:lang w:val="ru-RU"/>
              </w:rPr>
              <w:t xml:space="preserve"> сызық салуға тырысады. Сурет салуды ішінара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Заттарға уақытша қызығушылық танытады. Мүсіндеуді ішінара меңгерген. Ыдыс пішінін тереңдетуге тырысады. Орналастыруға, жинауға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</w:t>
            </w:r>
            <w:r w:rsidRPr="007D457D">
              <w:rPr>
                <w:lang w:val="ru-RU"/>
              </w:rPr>
              <w:t xml:space="preserve"> тәсілдерін ішінара біледі. Бейнелерді</w:t>
            </w:r>
            <w:r w:rsidRPr="007D457D">
              <w:rPr>
                <w:lang w:val="ru-RU"/>
              </w:rPr>
              <w:t xml:space="preserve"> орналастырып құрастыруға тырысады. Композицияны құрастыруға тырысады. Пішіндерді орналастыруға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Үлгіге</w:t>
            </w:r>
            <w:r w:rsidRPr="007D457D">
              <w:rPr>
                <w:lang w:val="ru-RU"/>
              </w:rPr>
              <w:t xml:space="preserve"> мән бермей құрастырады. Құрылысын ішінара атайды, ойнайды. Ішінара дербес құрастырады. Бөлшектерді жинауға тырысады.</w:t>
            </w:r>
          </w:p>
          <w:p w:rsidR="00731718" w:rsidRDefault="004C503E">
            <w:pPr>
              <w:spacing w:after="20"/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>Елікте</w:t>
            </w:r>
            <w:r w:rsidRPr="007D457D">
              <w:rPr>
                <w:lang w:val="ru-RU"/>
              </w:rPr>
              <w:t xml:space="preserve">йді, кейбір сөздерді қосып айтады. Кейбір әндерді таниды. Кейбір қимылдарды қайталайды. </w:t>
            </w:r>
            <w:r>
              <w:t>Кейбір аспаптарды ажыратады.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20; орташа — 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дұрыс ұстайды, сызықтар мен жақпалар салады. Суретіне қуанады, бейнеленгенін айтады</w:t>
            </w:r>
            <w:r w:rsidRPr="007D457D">
              <w:rPr>
                <w:lang w:val="ru-RU"/>
              </w:rPr>
              <w:t>. Қағазға және құмға сурет салуды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Мүсіндейтін заттарды зерттейді, қарапайым тәсілдерді меңгерген. Ыдыс пішінін саусақпен тереңдетеді. Бұйымын орналастырып, материалдарын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Қағазбен</w:t>
            </w:r>
            <w:r w:rsidRPr="007D457D">
              <w:rPr>
                <w:lang w:val="ru-RU"/>
              </w:rPr>
              <w:t xml:space="preserve"> жұмыс тәсілдерін біледі. Бейнелер мен </w:t>
            </w:r>
            <w:r w:rsidRPr="007D457D">
              <w:rPr>
                <w:lang w:val="ru-RU"/>
              </w:rPr>
              <w:t>қарапайым</w:t>
            </w:r>
            <w:r w:rsidRPr="007D457D">
              <w:rPr>
                <w:lang w:val="ru-RU"/>
              </w:rPr>
              <w:t xml:space="preserve"> композицияларды орналастырып, құрастырады. Симметриялық пішіндер мен оюларды орналастыра алады.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</w:t>
            </w:r>
            <w:r w:rsidRPr="007D457D">
              <w:rPr>
                <w:lang w:val="ru-RU"/>
              </w:rPr>
              <w:t xml:space="preserve"> бойынша құрастырады, құрылысын атап, онымен ойнайды. Дербес құрастыруда белсенділік танытады, бөлшектерді ұқыпты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>Дауы</w:t>
            </w:r>
            <w:r w:rsidRPr="007D457D">
              <w:rPr>
                <w:lang w:val="ru-RU"/>
              </w:rPr>
              <w:t>с ырғағына еліктеп, сөздерді қосып айтады. Таныс әндерді таниды, қуанады. Қимылдарды қайталайды, музыкалық аспаптарды ажыратады.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0; орташа — 20;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ұстайды, сызық жүргізуге талпынады. Суреттегі бейнені айтуға талпынады.</w:t>
            </w:r>
            <w:r w:rsidRPr="007D457D">
              <w:rPr>
                <w:lang w:val="ru-RU"/>
              </w:rPr>
              <w:t xml:space="preserve"> Бояумен сызық салуға тырысады. Сурет салуды ішінара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Заттарға уақытша қызығушылық танытады. Мүсіндеуді ішінара меңгерген. Ыдыс пішінін тереңдетуге тырысады. Орналастыруға, жинауға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</w:t>
            </w:r>
            <w:r w:rsidRPr="007D457D">
              <w:rPr>
                <w:lang w:val="ru-RU"/>
              </w:rPr>
              <w:t xml:space="preserve"> тәсілдерін ішінара біледі. Бе</w:t>
            </w:r>
            <w:r w:rsidRPr="007D457D">
              <w:rPr>
                <w:lang w:val="ru-RU"/>
              </w:rPr>
              <w:t>йнелерді орналастырып құрастыруға тырысады. Композицияны құрастыруға тырысады. Пішіндерді орналастыруға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Үлгіге</w:t>
            </w:r>
            <w:r w:rsidRPr="007D457D">
              <w:rPr>
                <w:lang w:val="ru-RU"/>
              </w:rPr>
              <w:t xml:space="preserve"> мән бермей құрастырады. Құрылысын ішінара атайды, ойнайды. Ішінара дербес құрастырады. Бөлшектерді жинауға тырысады.</w:t>
            </w:r>
          </w:p>
          <w:p w:rsidR="00731718" w:rsidRDefault="004C503E">
            <w:pPr>
              <w:spacing w:after="20"/>
            </w:pPr>
            <w:r w:rsidRPr="007D457D">
              <w:rPr>
                <w:b/>
                <w:lang w:val="ru-RU"/>
              </w:rPr>
              <w:t>Музыка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 xml:space="preserve">Еліктейді, кейбір сөздерді қосып айтады. Кейбір әндерді таниды. Кейбір қимылдарды қайталайды. </w:t>
            </w:r>
            <w:r>
              <w:t>Кейбір аспаптарды ажыратады.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20 көрсеткіштің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Әлеуметтік</w:t>
            </w:r>
            <w:r>
              <w:t>-эмоционалды дағдыларды қал</w:t>
            </w:r>
            <w:r>
              <w:t>ыптастыру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Өзін</w:t>
            </w:r>
            <w:r>
              <w:t xml:space="preserve"> кейде таниды, айнаға сирек қызығады. Заттарды таниды, қолдануды білмейді. Жеміс-көкөністі ішінара атайды. Қамқорлық танытуға тырысады.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 xml:space="preserve">Есіміне жауап береді, өзін таниды. </w:t>
            </w:r>
            <w:r>
              <w:t>Заттарды таниды, қолдана біледі. Жемістер мен көкөністерді ажыратады, атайды. Өсімдіктер мен жануарларға қамқорлық танытады.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Өзін</w:t>
            </w:r>
            <w:r>
              <w:t xml:space="preserve"> кейде таниды, айнаға сирек қызығады. Заттарды таниды, қолдануды білмейді. Жеміс-көкөністі і</w:t>
            </w:r>
            <w:r>
              <w:t>шінара атайды. Қамқорлық танытуға тырысады.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</w:tbl>
    <w:p w:rsidR="00731718" w:rsidRPr="007D457D" w:rsidRDefault="004C503E">
      <w:pPr>
        <w:pStyle w:val="aa"/>
        <w:pageBreakBefore/>
        <w:spacing w:after="60"/>
        <w:jc w:val="center"/>
        <w:rPr>
          <w:lang w:val="ru-RU"/>
        </w:rPr>
      </w:pPr>
      <w:r w:rsidRPr="007D457D">
        <w:rPr>
          <w:lang w:val="ru-RU"/>
        </w:rPr>
        <w:lastRenderedPageBreak/>
        <w:t>2024–2025 оқу жылына арналған баланың жеке даму картасы</w:t>
      </w:r>
    </w:p>
    <w:p w:rsidR="00731718" w:rsidRPr="007D457D" w:rsidRDefault="004C503E">
      <w:pPr>
        <w:spacing w:after="60"/>
        <w:rPr>
          <w:lang w:val="ru-RU"/>
        </w:rPr>
      </w:pPr>
      <w:r w:rsidRPr="007D457D">
        <w:rPr>
          <w:b/>
          <w:sz w:val="24"/>
          <w:lang w:val="ru-RU"/>
        </w:rPr>
        <w:t xml:space="preserve">Баланың </w:t>
      </w:r>
      <w:r w:rsidRPr="007D457D">
        <w:rPr>
          <w:b/>
          <w:sz w:val="24"/>
          <w:lang w:val="ru-RU"/>
        </w:rPr>
        <w:t>аты-жөні: Ержан Медина Алиқызы</w:t>
      </w:r>
    </w:p>
    <w:p w:rsidR="00731718" w:rsidRPr="007D457D" w:rsidRDefault="004C503E">
      <w:pPr>
        <w:spacing w:after="40"/>
        <w:rPr>
          <w:lang w:val="ru-RU"/>
        </w:rPr>
      </w:pPr>
      <w:r w:rsidRPr="007D457D">
        <w:rPr>
          <w:lang w:val="ru-RU"/>
        </w:rPr>
        <w:t>Тобы: «Күншуақ» кіші тобы (2 жас)     Туған күні: 19.04.2022</w:t>
      </w:r>
    </w:p>
    <w:p w:rsidR="00731718" w:rsidRPr="007D457D" w:rsidRDefault="004C503E">
      <w:pPr>
        <w:spacing w:after="80"/>
        <w:rPr>
          <w:lang w:val="ru-RU"/>
        </w:rPr>
      </w:pPr>
      <w:r w:rsidRPr="007D457D">
        <w:rPr>
          <w:lang w:val="ru-RU"/>
        </w:rPr>
        <w:t>Білім беру ұйымы: КМҚК «Нұрдәулет» бөбекжайы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Аралық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Физикалық қасиеттерді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0; төмен — 4.</w:t>
            </w:r>
          </w:p>
          <w:p w:rsidR="00731718" w:rsidRDefault="004C503E">
            <w:pPr>
              <w:spacing w:after="20"/>
            </w:pPr>
            <w:r>
              <w:t>Жүреді, жүгіру бағытын өзгертуге талпынбайды. Еңбектеу тапсырмасын орындамайды. Беті-қолын дербес жумайды. Киіну, шешіну ретін сақтамайды.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1; орташа — 3; төмен — 0.</w:t>
            </w:r>
          </w:p>
          <w:p w:rsidR="00731718" w:rsidRDefault="004C503E">
            <w:pPr>
              <w:spacing w:after="20"/>
            </w:pPr>
            <w:r>
              <w:t>Жүреді, кейде жүгі</w:t>
            </w:r>
            <w:r>
              <w:t>ру бағытын өзгертеді. Еңбектеуге талпынады. Өзі киініп, шешінуге талпынады.</w:t>
            </w:r>
          </w:p>
          <w:p w:rsidR="00731718" w:rsidRDefault="004C503E">
            <w:pPr>
              <w:spacing w:after="20"/>
            </w:pPr>
            <w:r>
              <w:rPr>
                <w:sz w:val="18"/>
              </w:rPr>
              <w:t>Қалған</w:t>
            </w:r>
            <w:r>
              <w:rPr>
                <w:sz w:val="18"/>
              </w:rPr>
              <w:t xml:space="preserve"> дағдыларды меңгерген.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Жүреді, кейде жүгіру бағытын өзгертеді. Еңбектеуге талпынады. Беті-қолын дербес жууға тырысады. Өзі киініп, шешінуге</w:t>
            </w:r>
            <w:r>
              <w:t xml:space="preserve"> талпынады.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Коммуникативтік дағдыларды дамыту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0; төмен — 8.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 xml:space="preserve">Тыңдайды, бірақ түсінбейді. Дыбыстарды айтпайды. Сөз тіркестерін </w:t>
            </w:r>
            <w:r>
              <w:t>айта алмайды. Тыңдайды, сұраққа жауап бере алмайды.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 сөздерін қайталамайды. Шығарманы тыңдағысы келмейді. Сурет бойынша сұраққа жауап бермейді. Тақпақты қайталауға талпынбайды.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8;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</w:t>
            </w:r>
            <w:r>
              <w:t>ектердің сөзін ішінара түсінеді. Дыбыстарды айтуға талпынады. Сөз тіркестерін айтуға талпынады. Тыңдайды, кейбір сұраққа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 сөздерін қайталауға тырысады. Шығарманы ішінара тыңдайды. Сурет бойынша кейбір сұраққа жауап бере</w:t>
            </w:r>
            <w:r>
              <w:t>ді. Тақпақтың кейбір сөзін қайталайды.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8;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ішінара түсінеді. Дыбыстарды айтуға талпынады. Сөз тіркестерін айтуға талпынады. Тыңдайды, кейбір сұраққа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 сө</w:t>
            </w:r>
            <w:r>
              <w:t>здерін қайталауға тырысады. Шығарманы ішінара тыңдайды. Сурет бойынша кейбір сұраққа жауап береді. Тақпақтың кейбір сөзін қайталайды.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8 көрсеткіштің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 xml:space="preserve">Танымдық және зияткерлік </w:t>
            </w:r>
            <w:r>
              <w:t>дағдыларды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0; төмен — 4.</w:t>
            </w:r>
          </w:p>
          <w:p w:rsidR="00731718" w:rsidRDefault="004C503E">
            <w:pPr>
              <w:spacing w:after="20"/>
            </w:pPr>
            <w:r>
              <w:t>Нұсқауға сай орындай алмайды. Заттарды топтастыра алмайды. Пішіндерді салыстыра алмайды. Зерттейді, салыстыра алмайды.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Нұсқауды орындауға талпынады. Заттарды ішінара то</w:t>
            </w:r>
            <w:r>
              <w:t>птастырады. Пішіндерді ішінара салыстырады. Заттарды ішінара зерттеп, салыстырады.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Нұсқауды орындауға талпынады. Заттарды ішінара топтастырады. Пішіндерді ішінара салыстырады. Заттарды ішінара зерттеп, салыстырады.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</w:t>
            </w:r>
            <w:r>
              <w:t>еткіштің барлығы орташа сипаттамаға сәйкес белгіленген. Дағдыларды ішінара меңгерген.</w:t>
            </w:r>
          </w:p>
        </w:tc>
      </w:tr>
    </w:tbl>
    <w:p w:rsidR="00731718" w:rsidRPr="007D457D" w:rsidRDefault="00731718">
      <w:pPr>
        <w:rPr>
          <w:lang w:val="kk-KZ"/>
        </w:rPr>
      </w:pPr>
    </w:p>
    <w:p w:rsidR="00731718" w:rsidRPr="007D457D" w:rsidRDefault="00731718">
      <w:pPr>
        <w:pageBreakBefore/>
        <w:spacing w:after="100"/>
        <w:rPr>
          <w:lang w:val="ru-RU"/>
        </w:rPr>
      </w:pP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Аралық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Балалардың шығармашылық дағдыларын, зерттеу іс-әрекетін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0; орташа — 0; төмен — 20.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</w:t>
            </w:r>
            <w:r w:rsidRPr="007D457D">
              <w:rPr>
                <w:lang w:val="ru-RU"/>
              </w:rPr>
              <w:t xml:space="preserve"> </w:t>
            </w:r>
            <w:r w:rsidRPr="007D457D">
              <w:rPr>
                <w:lang w:val="ru-RU"/>
              </w:rPr>
              <w:t>ұстау</w:t>
            </w:r>
            <w:r w:rsidRPr="007D457D">
              <w:rPr>
                <w:lang w:val="ru-RU"/>
              </w:rPr>
              <w:t>, сызық жүргізуде қиналады. Суретіне қуанады, бейнесін айта алмайды. Бояумен сызық сала алмайды. Сурет салуды меңгеруге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Заттарды зерттеуге талпынбайды. Мүсіндеу тәсілдерін меңгермеген. Пішінді тереңдете алмайды. Бұйымын орналастыр</w:t>
            </w:r>
            <w:r w:rsidRPr="007D457D">
              <w:rPr>
                <w:lang w:val="ru-RU"/>
              </w:rPr>
              <w:t>а алмайды, жинамайды.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</w:t>
            </w:r>
            <w:r w:rsidRPr="007D457D">
              <w:rPr>
                <w:lang w:val="ru-RU"/>
              </w:rPr>
              <w:t xml:space="preserve"> тәсілдерін білмейді. Бейнелерді орналастырады, құрастыра алмайды. Композицияны құрастыра алмайды. Пішіндерді орналастыра алмайды.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Құрылыс</w:t>
            </w:r>
            <w:r w:rsidRPr="007D457D">
              <w:rPr>
                <w:lang w:val="ru-RU"/>
              </w:rPr>
              <w:t xml:space="preserve"> құрастыра алмайды. Құрылысын дұрыс атай алмайды, ойнайды. Дербес </w:t>
            </w:r>
            <w:r w:rsidRPr="007D457D">
              <w:rPr>
                <w:lang w:val="ru-RU"/>
              </w:rPr>
              <w:t>құрастырмайды</w:t>
            </w:r>
            <w:r w:rsidRPr="007D457D">
              <w:rPr>
                <w:lang w:val="ru-RU"/>
              </w:rPr>
              <w:t>. Бөлшектерді жинамайды.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>Қосылып</w:t>
            </w:r>
            <w:r w:rsidRPr="007D457D">
              <w:rPr>
                <w:lang w:val="ru-RU"/>
              </w:rPr>
              <w:t xml:space="preserve"> айтуға талпынады. Әндерге мән бермейді. Қимылдарды қайталауға тырысады. Аспаптарды ажырата алмайды.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1; орташа — 19;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ұстайды, сызық жүргізуге талпынады. Суреттегі </w:t>
            </w:r>
            <w:r w:rsidRPr="007D457D">
              <w:rPr>
                <w:lang w:val="ru-RU"/>
              </w:rPr>
              <w:t>бейнені айтуға талпынады. Сурет салуды ішінара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Заттарға уақытша қызығушылық танытады. Мүсіндеуді ішінара меңгерген. Ыдыс пішінін тереңдетуге тырысады. Орналастыруға, жинауға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</w:t>
            </w:r>
            <w:r w:rsidRPr="007D457D">
              <w:rPr>
                <w:lang w:val="ru-RU"/>
              </w:rPr>
              <w:t xml:space="preserve"> тәсілдерін ішінара біледі. </w:t>
            </w:r>
            <w:r w:rsidRPr="007D457D">
              <w:rPr>
                <w:lang w:val="ru-RU"/>
              </w:rPr>
              <w:t>Бейнелерді орналастырып құрастыруға тырысады. Композицияны құрастыруға тырысады. Пішіндерді орналастыруға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Үлгіге</w:t>
            </w:r>
            <w:r w:rsidRPr="007D457D">
              <w:rPr>
                <w:lang w:val="ru-RU"/>
              </w:rPr>
              <w:t xml:space="preserve"> мән бермей құрастырады. Құрылысын ішінара атайды, ойнайды. Ішінара дербес құрастырады. Бөлшектерді жинауға тырысады.</w:t>
            </w:r>
          </w:p>
          <w:p w:rsidR="00731718" w:rsidRDefault="004C503E">
            <w:pPr>
              <w:spacing w:after="20"/>
            </w:pPr>
            <w:r w:rsidRPr="007D457D">
              <w:rPr>
                <w:b/>
                <w:lang w:val="ru-RU"/>
              </w:rPr>
              <w:t>Музы</w:t>
            </w:r>
            <w:r w:rsidRPr="007D457D">
              <w:rPr>
                <w:b/>
                <w:lang w:val="ru-RU"/>
              </w:rPr>
              <w:t xml:space="preserve">ка. </w:t>
            </w:r>
            <w:r w:rsidRPr="007D457D">
              <w:rPr>
                <w:lang w:val="ru-RU"/>
              </w:rPr>
              <w:t xml:space="preserve">Еліктейді, кейбір сөздерді қосып айтады. Кейбір әндерді таниды. </w:t>
            </w:r>
            <w:r>
              <w:t>Кейбір қимылдарды қайталайды. Кейбір аспаптарды ажыратады.</w:t>
            </w:r>
          </w:p>
          <w:p w:rsidR="00731718" w:rsidRDefault="004C503E">
            <w:pPr>
              <w:spacing w:after="20"/>
            </w:pPr>
            <w:r>
              <w:rPr>
                <w:sz w:val="18"/>
              </w:rPr>
              <w:t>Қалған</w:t>
            </w:r>
            <w:r>
              <w:rPr>
                <w:sz w:val="18"/>
              </w:rPr>
              <w:t xml:space="preserve"> дағдыларды меңгерген.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0; орташа — 20;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ұстайды, сызық жүргізуге талпынады. Суреттег</w:t>
            </w:r>
            <w:r w:rsidRPr="007D457D">
              <w:rPr>
                <w:lang w:val="ru-RU"/>
              </w:rPr>
              <w:t>і бейнені айтуға талпынады. Бояумен сызық салуға тырысады. Сурет салуды ішінара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Заттарға уақытша қызығушылық танытады. Мүсіндеуді ішінара меңгерген. Ыдыс пішінін тереңдетуге тырысады. Орналастыруға, жинауға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</w:t>
            </w:r>
            <w:r w:rsidRPr="007D457D">
              <w:rPr>
                <w:lang w:val="ru-RU"/>
              </w:rPr>
              <w:t xml:space="preserve"> тә</w:t>
            </w:r>
            <w:r w:rsidRPr="007D457D">
              <w:rPr>
                <w:lang w:val="ru-RU"/>
              </w:rPr>
              <w:t>сілдерін ішінара біледі. Бейнелерді орналастырып құрастыруға тырысады. Композицияны құрастыруға тырысады. Пішіндерді орналастыруға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Үлгіге</w:t>
            </w:r>
            <w:r w:rsidRPr="007D457D">
              <w:rPr>
                <w:lang w:val="ru-RU"/>
              </w:rPr>
              <w:t xml:space="preserve"> мән бермей құрастырады. Құрылысын ішінара атайды, ойнайды. Ішінара дербес құрастырады. Бөлшектер</w:t>
            </w:r>
            <w:r w:rsidRPr="007D457D">
              <w:rPr>
                <w:lang w:val="ru-RU"/>
              </w:rPr>
              <w:t>ді жинауға тырысады.</w:t>
            </w:r>
          </w:p>
          <w:p w:rsidR="00731718" w:rsidRDefault="004C503E">
            <w:pPr>
              <w:spacing w:after="20"/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 xml:space="preserve">Еліктейді, кейбір сөздерді қосып айтады. Кейбір әндерді таниды. Кейбір қимылдарды қайталайды. </w:t>
            </w:r>
            <w:r>
              <w:t>Кейбір аспаптарды ажыратады.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20 көрсеткіштің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Әлеуметтік</w:t>
            </w:r>
            <w:r>
              <w:t>-эмоционалды дағдыларды қалыптастыру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0; төмен — 4.</w:t>
            </w:r>
          </w:p>
          <w:p w:rsidR="00731718" w:rsidRDefault="004C503E">
            <w:pPr>
              <w:spacing w:after="20"/>
            </w:pPr>
            <w:r>
              <w:t>Есіміне жауап бермейді, өзін танымайды. Заттармен әрекетке талпынады. Жеміс-көкөністі ажырата, атай алмайды. Қамқорлық танытпайды.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Өзін</w:t>
            </w:r>
            <w:r>
              <w:t xml:space="preserve"> кейде таниды,</w:t>
            </w:r>
            <w:r>
              <w:t xml:space="preserve"> айнаға сирек қызығады. Заттарды таниды, қолдануды білмейді. Жеміс-көкөністі ішінара атайды. Қамқорлық танытуға тырысады.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Өзін</w:t>
            </w:r>
            <w:r>
              <w:t xml:space="preserve"> кейде таниды, айнаға сирек қызығады. Заттарды таниды, қолдануды білмейді. Жеміс-көкөністі ішін</w:t>
            </w:r>
            <w:r>
              <w:t>ара атайды. Қамқорлық танытуға тырысады.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</w:tbl>
    <w:p w:rsidR="00731718" w:rsidRPr="007D457D" w:rsidRDefault="004C503E">
      <w:pPr>
        <w:pStyle w:val="aa"/>
        <w:pageBreakBefore/>
        <w:spacing w:after="60"/>
        <w:jc w:val="center"/>
        <w:rPr>
          <w:lang w:val="ru-RU"/>
        </w:rPr>
      </w:pPr>
      <w:r w:rsidRPr="007D457D">
        <w:rPr>
          <w:lang w:val="ru-RU"/>
        </w:rPr>
        <w:lastRenderedPageBreak/>
        <w:t>2024–2025 оқу жылына арналған баланың жеке даму картасы</w:t>
      </w:r>
    </w:p>
    <w:p w:rsidR="00731718" w:rsidRPr="007D457D" w:rsidRDefault="004C503E">
      <w:pPr>
        <w:spacing w:after="60"/>
        <w:rPr>
          <w:lang w:val="ru-RU"/>
        </w:rPr>
      </w:pPr>
      <w:r w:rsidRPr="007D457D">
        <w:rPr>
          <w:b/>
          <w:sz w:val="24"/>
          <w:lang w:val="ru-RU"/>
        </w:rPr>
        <w:t>Баланың аты-жөні: Жұматай Жангір Алімжанұлы</w:t>
      </w:r>
    </w:p>
    <w:p w:rsidR="00731718" w:rsidRPr="007D457D" w:rsidRDefault="004C503E">
      <w:pPr>
        <w:spacing w:after="40"/>
        <w:rPr>
          <w:lang w:val="ru-RU"/>
        </w:rPr>
      </w:pPr>
      <w:r w:rsidRPr="007D457D">
        <w:rPr>
          <w:lang w:val="ru-RU"/>
        </w:rPr>
        <w:t>Тобы: «Күншуақ» кіші тобы (2 жас)     Туған күні: 18.06.2022</w:t>
      </w:r>
    </w:p>
    <w:p w:rsidR="00731718" w:rsidRPr="007D457D" w:rsidRDefault="004C503E">
      <w:pPr>
        <w:spacing w:after="80"/>
        <w:rPr>
          <w:lang w:val="ru-RU"/>
        </w:rPr>
      </w:pPr>
      <w:r w:rsidRPr="007D457D">
        <w:rPr>
          <w:lang w:val="ru-RU"/>
        </w:rPr>
        <w:t xml:space="preserve">Білім беру ұйымы: </w:t>
      </w:r>
      <w:r w:rsidRPr="007D457D">
        <w:rPr>
          <w:lang w:val="ru-RU"/>
        </w:rPr>
        <w:t>КМҚК «Нұрдәулет» бөбекжайы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Аралық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Физикалық қасиеттерді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Жүреді, кейде жүгіру бағытын өзгертеді. Еңбектеуге</w:t>
            </w:r>
            <w:r>
              <w:t xml:space="preserve"> талпынады. Беті-қолын дербес жууға тырысады. Өзі киініп, шешінуге талпынады.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3; орташа — 0; төмен — 1.</w:t>
            </w:r>
          </w:p>
          <w:p w:rsidR="00731718" w:rsidRDefault="004C503E">
            <w:pPr>
              <w:spacing w:after="20"/>
            </w:pPr>
            <w:r>
              <w:t>Жүреді, жүгіру бағытын өзгертуге талпынбайды.</w:t>
            </w:r>
          </w:p>
          <w:p w:rsidR="00731718" w:rsidRDefault="004C503E">
            <w:pPr>
              <w:spacing w:after="20"/>
            </w:pPr>
            <w:r>
              <w:rPr>
                <w:sz w:val="18"/>
              </w:rPr>
              <w:t>Қалған</w:t>
            </w:r>
            <w:r>
              <w:rPr>
                <w:sz w:val="18"/>
              </w:rPr>
              <w:t xml:space="preserve"> дағдыларды меңгерген.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Қарқынды</w:t>
            </w:r>
            <w:r>
              <w:t xml:space="preserve"> өзгертіп жүреді, жүгіред</w:t>
            </w:r>
            <w:r>
              <w:t>і, заттардың бойымен және астымен еңбектейді. Беті-қолын дербес жуады. Киіну мен шешінудің ретін біледі.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жоғары сипаттамаға сәйкес белгіленген. Дағдыларды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Коммуникативтік дағдыларды дамыту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 xml:space="preserve">Жоғары — 0; орташа — 8; төмен — </w:t>
            </w:r>
            <w:r>
              <w:rPr>
                <w:b/>
                <w:sz w:val="18"/>
              </w:rPr>
              <w:t>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ішінара түсінеді. Дыбыстарды айтуға талпынады. Сөз тіркестерін айтуға талпынады. Тыңдайды, кейбір сұраққа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 сөздерін қайталауға тырысады. Шығарманы ішінара тыңдайды. Сурет бойынша к</w:t>
            </w:r>
            <w:r>
              <w:t>ейбір сұраққа жауап береді. Тақпақтың кейбір сөзін қайталайды.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8; орташа — 0;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тыңдап, түсінеді. Дыбыстар мен еліктеу сөздерін анық айтады, қарапайым сөз тіркестерін қайталайды. Әңгімені тыңдап, сұрақт</w:t>
            </w:r>
            <w:r>
              <w:t>арға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Шығармадағы сөздерді қосылып қайталайды, таныс шығармаларды қызыға тыңдайды. Сурет бойынша сұрақтарға жауап береді, көмекпен шағын тақпақтарды қайталайды.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8; орташа — 0;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</w:t>
            </w:r>
            <w:r>
              <w:t>өзін</w:t>
            </w:r>
            <w:r>
              <w:t xml:space="preserve"> тыңдап, түсінеді. Дыбыстар мен еліктеу сөздерін анық айтады, қарапайым сөз тіркестерін қайталайды. Әңгімені тыңдап, сұрақтарға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Шығармадағы сөздерді қосылып қайталайды, таныс шығармаларды қызыға тыңдайды. Сурет бойынша сұр</w:t>
            </w:r>
            <w:r>
              <w:t>ақтарға жауап береді, көмекпен шағын тақпақтарды қайталайды.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8 көрсеткіштің барлығы жоғары сипаттамаға сәйкес белгіленген. Дағдыларды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Танымдық және зияткерлік дағдыларды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 xml:space="preserve">Нұсқауды орындауға талпынады. </w:t>
            </w:r>
            <w:r>
              <w:t>Заттарды ішінара топтастырады. Пішіндерді ішінара салыстырады. Заттарды ішінара зерттеп, салыстырады.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Үлгі</w:t>
            </w:r>
            <w:r>
              <w:t xml:space="preserve"> мен нұсқауға сай тапсырма орындайды. Ұқсас заттарды топтастырады, пішіндерді салыстырады. Заттарды түсі, көлемі, п</w:t>
            </w:r>
            <w:r>
              <w:t>ішіні бойынша зерттеп, салыстыра алады.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Үлгі</w:t>
            </w:r>
            <w:r>
              <w:t xml:space="preserve"> мен нұсқауға сай тапсырма орындайды. Ұқсас заттарды топтастырады, пішіндерді салыстырады. Заттарды түсі, көлемі, пішіні бойынша зерттеп, салыстыра алады.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</w:t>
            </w:r>
            <w:r>
              <w:t xml:space="preserve"> жоғары сипаттамаға сәйкес белгіленген. Дағдыларды меңгерген.</w:t>
            </w:r>
          </w:p>
        </w:tc>
      </w:tr>
    </w:tbl>
    <w:p w:rsidR="00731718" w:rsidRPr="007D457D" w:rsidRDefault="00731718">
      <w:pPr>
        <w:rPr>
          <w:lang w:val="kk-KZ"/>
        </w:rPr>
      </w:pPr>
    </w:p>
    <w:p w:rsidR="00731718" w:rsidRPr="007D457D" w:rsidRDefault="00731718">
      <w:pPr>
        <w:pageBreakBefore/>
        <w:spacing w:after="100"/>
        <w:rPr>
          <w:lang w:val="kk-KZ"/>
        </w:rPr>
      </w:pP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Аралық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Балалардың шығармашылық дағдыларын, зерттеу іс-әрекетін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0; орташа — 20;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ұстайды, сызық </w:t>
            </w:r>
            <w:r w:rsidRPr="007D457D">
              <w:rPr>
                <w:lang w:val="ru-RU"/>
              </w:rPr>
              <w:t>жүргізуге талпынады. Суреттегі бейнені айтуға талпынады. Бояумен сызық салуға тырысады. Сурет салуды ішінара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Заттарға уақытша қызығушылық танытады. Мүсіндеуді ішінара меңгерген. Ыдыс пішінін тереңдетуге тырысады. Орналастыруға, жинауға</w:t>
            </w:r>
            <w:r w:rsidRPr="007D457D">
              <w:rPr>
                <w:lang w:val="ru-RU"/>
              </w:rPr>
              <w:t xml:space="preserve">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</w:t>
            </w:r>
            <w:r w:rsidRPr="007D457D">
              <w:rPr>
                <w:lang w:val="ru-RU"/>
              </w:rPr>
              <w:t xml:space="preserve"> тәсілдерін ішінара біледі. Бейнелерді орналастырып құрастыруға тырысады. Композицияны құрастыруға тырысады. Пішіндерді орналастыруға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Үлгіге</w:t>
            </w:r>
            <w:r w:rsidRPr="007D457D">
              <w:rPr>
                <w:lang w:val="ru-RU"/>
              </w:rPr>
              <w:t xml:space="preserve"> мән бермей құрастырады. Құрылысын ішінара атайды, ойнайды. Ішінара </w:t>
            </w:r>
            <w:r w:rsidRPr="007D457D">
              <w:rPr>
                <w:lang w:val="ru-RU"/>
              </w:rPr>
              <w:t>дербес құрастырады. Бөлшектерді жинауға тырысады.</w:t>
            </w:r>
          </w:p>
          <w:p w:rsidR="00731718" w:rsidRDefault="004C503E">
            <w:pPr>
              <w:spacing w:after="20"/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 xml:space="preserve">Еліктейді, кейбір сөздерді қосып айтады. Кейбір әндерді таниды. Кейбір қимылдарды қайталайды. </w:t>
            </w:r>
            <w:r>
              <w:t>Кейбір аспаптарды ажыратады.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20; орташа — 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дұрыс ұстайды, сызы</w:t>
            </w:r>
            <w:r w:rsidRPr="007D457D">
              <w:rPr>
                <w:lang w:val="ru-RU"/>
              </w:rPr>
              <w:t>қтар</w:t>
            </w:r>
            <w:r w:rsidRPr="007D457D">
              <w:rPr>
                <w:lang w:val="ru-RU"/>
              </w:rPr>
              <w:t xml:space="preserve"> мен жақпалар салады. Суретіне қуанады, бейнеленгенін айтады. Қағазға және құмға сурет салуды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 xml:space="preserve">Мүсіндейтін заттарды зерттейді, қарапайым тәсілдерді меңгерген. Ыдыс пішінін саусақпен тереңдетеді. Бұйымын орналастырып, материалдарын </w:t>
            </w:r>
            <w:r w:rsidRPr="007D457D">
              <w:rPr>
                <w:lang w:val="ru-RU"/>
              </w:rPr>
              <w:t>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Қағазбен</w:t>
            </w:r>
            <w:r w:rsidRPr="007D457D">
              <w:rPr>
                <w:lang w:val="ru-RU"/>
              </w:rPr>
              <w:t xml:space="preserve"> жұмыс тәсілдерін біледі. Бейнелер мен қарапайым композицияларды орналастырып, құрастырады. Симметриялық пішіндер мен оюларды орналастыра алады.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</w:t>
            </w:r>
            <w:r w:rsidRPr="007D457D">
              <w:rPr>
                <w:lang w:val="ru-RU"/>
              </w:rPr>
              <w:t xml:space="preserve"> бойынша құрастырады, құрылысын атап, онымен ойнайды. Дербес құрастыру</w:t>
            </w:r>
            <w:r w:rsidRPr="007D457D">
              <w:rPr>
                <w:lang w:val="ru-RU"/>
              </w:rPr>
              <w:t>да белсенділік танытады, бөлшектерді ұқыпты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>Дауыс ырғағына еліктеп, сөздерді қосып айтады. Таныс әндерді таниды, қуанады. Қимылдарды қайталайды, музыкалық аспаптарды ажыратады.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20; орташа — 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дұрыс </w:t>
            </w:r>
            <w:r w:rsidRPr="007D457D">
              <w:rPr>
                <w:lang w:val="ru-RU"/>
              </w:rPr>
              <w:t>ұстайды</w:t>
            </w:r>
            <w:r w:rsidRPr="007D457D">
              <w:rPr>
                <w:lang w:val="ru-RU"/>
              </w:rPr>
              <w:t>, сызықтар мен жақпалар салады. Суретіне қуанады, бейнеленгенін айтады. Қағазға және құмға сурет салуды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Мүсіндейтін заттарды зерттейді, қарапайым тәсілдерді меңгерген. Ыдыс пішінін саусақпен тереңдетеді. Бұйымын орналастырып, ма</w:t>
            </w:r>
            <w:r w:rsidRPr="007D457D">
              <w:rPr>
                <w:lang w:val="ru-RU"/>
              </w:rPr>
              <w:t>териалдарын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Қағазбен</w:t>
            </w:r>
            <w:r w:rsidRPr="007D457D">
              <w:rPr>
                <w:lang w:val="ru-RU"/>
              </w:rPr>
              <w:t xml:space="preserve"> жұмыс тәсілдерін біледі. Бейнелер мен қарапайым композицияларды орналастырып, құрастырады. Симметриялық пішіндер мен оюларды орналастыра алады.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</w:t>
            </w:r>
            <w:r w:rsidRPr="007D457D">
              <w:rPr>
                <w:lang w:val="ru-RU"/>
              </w:rPr>
              <w:t xml:space="preserve"> бойынша құрастырады, құрылысын атап, онымен ойнайды. Дерб</w:t>
            </w:r>
            <w:r w:rsidRPr="007D457D">
              <w:rPr>
                <w:lang w:val="ru-RU"/>
              </w:rPr>
              <w:t>ес құрастыруда белсенділік танытады, бөлшектерді ұқыпты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>Дауыс ырғағына еліктеп, сөздерді қосып айтады. Таныс әндерді таниды, қуанады. Қимылдарды қайталайды, музыкалық аспаптарды ажыратады.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 w:rsidRPr="007D457D">
              <w:rPr>
                <w:lang w:val="ru-RU"/>
              </w:rPr>
              <w:t xml:space="preserve">20 көрсеткіштің барлығы жоғары сипаттамаға сәйкес </w:t>
            </w:r>
            <w:r w:rsidRPr="007D457D">
              <w:rPr>
                <w:lang w:val="ru-RU"/>
              </w:rPr>
              <w:t xml:space="preserve">белгіленген. </w:t>
            </w:r>
            <w:r>
              <w:t>Дағдыларды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Әлеуметтік</w:t>
            </w:r>
            <w:r>
              <w:t>-эмоционалды дағдыларды қалыптастыру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Өзін</w:t>
            </w:r>
            <w:r>
              <w:t xml:space="preserve"> кейде таниды, айнаға сирек қызығады. Заттарды таниды, қолдануды білмейді. Жеміс-көкөністі ішінара атайды. Қамқорлық танытуға </w:t>
            </w:r>
            <w:r>
              <w:t>тырысады.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Есіміне жауап береді, өзін таниды. Заттарды таниды, қолдана біледі. Жемістер мен көкөністерді ажыратады, атайды. Өсімдіктер мен жануарларға қамқорлық танытады.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Есіміне жауап бе</w:t>
            </w:r>
            <w:r>
              <w:t>реді, өзін таниды. Заттарды таниды, қолдана біледі. Жемістер мен көкөністерді ажыратады, атайды. Өсімдіктер мен жануарларға қамқорлық танытады.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жоғары сипаттамаға сәйкес белгіленген. Дағдыларды меңгерген.</w:t>
            </w:r>
          </w:p>
        </w:tc>
      </w:tr>
    </w:tbl>
    <w:p w:rsidR="00731718" w:rsidRPr="007D457D" w:rsidRDefault="00731718">
      <w:pPr>
        <w:spacing w:after="60"/>
        <w:rPr>
          <w:lang w:val="kk-KZ"/>
        </w:rPr>
      </w:pPr>
    </w:p>
    <w:p w:rsidR="00731718" w:rsidRPr="007D457D" w:rsidRDefault="004C503E">
      <w:pPr>
        <w:pStyle w:val="aa"/>
        <w:pageBreakBefore/>
        <w:spacing w:after="60"/>
        <w:jc w:val="center"/>
        <w:rPr>
          <w:lang w:val="ru-RU"/>
        </w:rPr>
      </w:pPr>
      <w:r w:rsidRPr="007D457D">
        <w:rPr>
          <w:lang w:val="ru-RU"/>
        </w:rPr>
        <w:lastRenderedPageBreak/>
        <w:t>2024–2025 оқу жылына арналған баланың жеке даму картасы</w:t>
      </w:r>
    </w:p>
    <w:p w:rsidR="00731718" w:rsidRPr="007D457D" w:rsidRDefault="004C503E">
      <w:pPr>
        <w:spacing w:after="60"/>
        <w:rPr>
          <w:lang w:val="ru-RU"/>
        </w:rPr>
      </w:pPr>
      <w:r w:rsidRPr="007D457D">
        <w:rPr>
          <w:b/>
          <w:sz w:val="24"/>
          <w:lang w:val="ru-RU"/>
        </w:rPr>
        <w:t xml:space="preserve">Баланың аты-жөні: Саулебек </w:t>
      </w:r>
      <w:r w:rsidRPr="007D457D">
        <w:rPr>
          <w:b/>
          <w:sz w:val="24"/>
          <w:lang w:val="ru-RU"/>
        </w:rPr>
        <w:t>Махамбет Дидарұлы</w:t>
      </w:r>
    </w:p>
    <w:p w:rsidR="00731718" w:rsidRPr="007D457D" w:rsidRDefault="004C503E">
      <w:pPr>
        <w:spacing w:after="40"/>
        <w:rPr>
          <w:lang w:val="ru-RU"/>
        </w:rPr>
      </w:pPr>
      <w:r w:rsidRPr="007D457D">
        <w:rPr>
          <w:lang w:val="ru-RU"/>
        </w:rPr>
        <w:t>Тобы: «Күншуақ» кіші тобы (2 жас)     Туған күні: 03.09.2022</w:t>
      </w:r>
    </w:p>
    <w:p w:rsidR="00731718" w:rsidRPr="007D457D" w:rsidRDefault="004C503E">
      <w:pPr>
        <w:spacing w:after="80"/>
        <w:rPr>
          <w:lang w:val="ru-RU"/>
        </w:rPr>
      </w:pPr>
      <w:r w:rsidRPr="007D457D">
        <w:rPr>
          <w:lang w:val="ru-RU"/>
        </w:rPr>
        <w:t>Білім беру ұйымы: КМҚК «Нұрдәулет» бөбекжайы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Аралық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 xml:space="preserve">Физикалық </w:t>
            </w:r>
            <w:r>
              <w:t>қасиеттерді</w:t>
            </w:r>
            <w:r>
              <w:t xml:space="preserve">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0; төмен — 4.</w:t>
            </w:r>
          </w:p>
          <w:p w:rsidR="00731718" w:rsidRDefault="004C503E">
            <w:pPr>
              <w:spacing w:after="20"/>
            </w:pPr>
            <w:r>
              <w:t>Жүреді, жүгіру бағытын өзгертуге талпынбайды. Еңбектеу тапсырмасын орындамайды. Беті-қолын дербес жумайды. Киіну, шешіну ретін сақтамайды.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1; орташа — 2; төмен — 1.</w:t>
            </w:r>
          </w:p>
          <w:p w:rsidR="00731718" w:rsidRDefault="004C503E">
            <w:pPr>
              <w:spacing w:after="20"/>
            </w:pPr>
            <w:r>
              <w:t xml:space="preserve">Жүреді, жүгіру бағытын </w:t>
            </w:r>
            <w:r>
              <w:t>өзгертуге</w:t>
            </w:r>
            <w:r>
              <w:t xml:space="preserve"> талпынбайды. Беті-қолын дербес жууға тырысады. Өзі киініп, шешінуге талпынады.</w:t>
            </w:r>
          </w:p>
          <w:p w:rsidR="00731718" w:rsidRDefault="004C503E">
            <w:pPr>
              <w:spacing w:after="20"/>
            </w:pPr>
            <w:r>
              <w:rPr>
                <w:sz w:val="18"/>
              </w:rPr>
              <w:t>Қалған</w:t>
            </w:r>
            <w:r>
              <w:rPr>
                <w:sz w:val="18"/>
              </w:rPr>
              <w:t xml:space="preserve"> дағдыларды меңгерген.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Жүреді, кейде жүгіру бағытын өзгертеді. Еңбектеуге талпынады. Беті-қолын дербес жууға тырысады. Өзі киі</w:t>
            </w:r>
            <w:r>
              <w:t>ніп, шешінуге талпынады.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Коммуникативтік дағдыларды дамыту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0; төмен — 8.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Тыңдайды, бірақ түсінбейді. Дыбыстарды айтпайды. Сөз</w:t>
            </w:r>
            <w:r>
              <w:t xml:space="preserve"> тіркестерін айта алмайды. Тыңдайды, сұраққа жауап бере алмайды.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 сөздерін қайталамайды. Шығарманы тыңдағысы келмейді. Сурет бойынша сұраққа жауап бермейді. Тақпақты қайталауға талпынбайды.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8;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>Сөйлеуді</w:t>
            </w:r>
            <w:r>
              <w:rPr>
                <w:b/>
              </w:rPr>
              <w:t xml:space="preserve"> дамыту. </w:t>
            </w:r>
            <w:r>
              <w:t>Ересектердің сөзін ішінара түсінеді. Дыбыстарды айтуға талпынады. Сөз тіркестерін айтуға талпынады. Тыңдайды, кейбір сұраққа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 сөздерін қайталауға тырысады. Шығарманы ішінара тыңдайды. Сурет бойынша кейбір сұрақ</w:t>
            </w:r>
            <w:r>
              <w:t>қа</w:t>
            </w:r>
            <w:r>
              <w:t xml:space="preserve"> жауап береді. Тақпақтың кейбір сөзін қайталайды.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8;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ішінара түсінеді. Дыбыстарды айтуға талпынады. Сөз тіркестерін айтуға талпынады. Тыңдайды, кейбір сұраққа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>Көркем әдебие</w:t>
            </w:r>
            <w:r>
              <w:rPr>
                <w:b/>
              </w:rPr>
              <w:t xml:space="preserve">т. </w:t>
            </w:r>
            <w:r>
              <w:t>Шығарма сөздерін қайталауға тырысады. Шығарманы ішінара тыңдайды. Сурет бойынша кейбір сұраққа жауап береді. Тақпақтың кейбір сөзін қайталайды.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8 көрсеткіштің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 xml:space="preserve">Танымдық және </w:t>
            </w:r>
            <w:r>
              <w:t>зияткерлік дағдыларды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0; төмен — 4.</w:t>
            </w:r>
          </w:p>
          <w:p w:rsidR="00731718" w:rsidRDefault="004C503E">
            <w:pPr>
              <w:spacing w:after="20"/>
            </w:pPr>
            <w:r>
              <w:t>Нұсқауға сай орындай алмайды. Заттарды топтастыра алмайды. Пішіндерді салыстыра алмайды. Зерттейді, салыстыра алмайды.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1; орташа — 3; төмен — 0.</w:t>
            </w:r>
          </w:p>
          <w:p w:rsidR="00731718" w:rsidRDefault="004C503E">
            <w:pPr>
              <w:spacing w:after="20"/>
            </w:pPr>
            <w:r>
              <w:t>Заттарды ішінара топтастырады. Пішінде</w:t>
            </w:r>
            <w:r>
              <w:t>рді ішінара салыстырады. Заттарды ішінара зерттеп, салыстырады.</w:t>
            </w:r>
          </w:p>
          <w:p w:rsidR="00731718" w:rsidRDefault="004C503E">
            <w:pPr>
              <w:spacing w:after="20"/>
            </w:pPr>
            <w:r>
              <w:rPr>
                <w:sz w:val="18"/>
              </w:rPr>
              <w:t>Қалған</w:t>
            </w:r>
            <w:r>
              <w:rPr>
                <w:sz w:val="18"/>
              </w:rPr>
              <w:t xml:space="preserve"> дағдыларды меңгерген.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Нұсқауды орындауға талпынады. Заттарды ішінара топтастырады. Пішіндерді ішінара салыстырады. Заттарды ішінара зерттеп, салыстыра</w:t>
            </w:r>
            <w:r>
              <w:t>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</w:tbl>
    <w:p w:rsidR="00731718" w:rsidRPr="007D457D" w:rsidRDefault="00731718">
      <w:pPr>
        <w:rPr>
          <w:lang w:val="kk-KZ"/>
        </w:rPr>
      </w:pPr>
    </w:p>
    <w:p w:rsidR="00731718" w:rsidRPr="007D457D" w:rsidRDefault="00731718">
      <w:pPr>
        <w:pageBreakBefore/>
        <w:spacing w:after="100"/>
        <w:rPr>
          <w:lang w:val="ru-RU"/>
        </w:rPr>
      </w:pP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Аралық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Балалардың шығармашылық дағдыларын, зерттеу іс-әрекетін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0; орташа — 0; төмен — 20.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</w:t>
            </w:r>
            <w:r w:rsidRPr="007D457D">
              <w:rPr>
                <w:lang w:val="ru-RU"/>
              </w:rPr>
              <w:t xml:space="preserve"> ұстау, сызық жүргізуде қиналады. Суретіне қуанады, бейнесін айта алмайды. Бояумен сызық сала алмайды. Сурет салуды меңгеруге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 xml:space="preserve">Заттарды зерттеуге талпынбайды. Мүсіндеу тәсілдерін меңгермеген. Пішінді тереңдете алмайды. </w:t>
            </w:r>
            <w:r w:rsidRPr="007D457D">
              <w:rPr>
                <w:lang w:val="ru-RU"/>
              </w:rPr>
              <w:t>Бұйымын орналастыра алмайды, жинамайды.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</w:t>
            </w:r>
            <w:r w:rsidRPr="007D457D">
              <w:rPr>
                <w:lang w:val="ru-RU"/>
              </w:rPr>
              <w:t xml:space="preserve"> тәсілдерін білмейді. Бейнелерді орналастырады, құрастыра алмайды. Композицияны құрастыра алмайды. Пішіндерді орналастыра алмайды.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Құрылыс</w:t>
            </w:r>
            <w:r w:rsidRPr="007D457D">
              <w:rPr>
                <w:lang w:val="ru-RU"/>
              </w:rPr>
              <w:t xml:space="preserve"> құрастыра алмайды. Құрылысын дұрыс атай алмайды, ойн</w:t>
            </w:r>
            <w:r w:rsidRPr="007D457D">
              <w:rPr>
                <w:lang w:val="ru-RU"/>
              </w:rPr>
              <w:t>айды. Дербес құрастырмайды. Бөлшектерді жинамайды.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>Қосылып</w:t>
            </w:r>
            <w:r w:rsidRPr="007D457D">
              <w:rPr>
                <w:lang w:val="ru-RU"/>
              </w:rPr>
              <w:t xml:space="preserve"> айтуға талпынады. Әндерге мән бермейді. Қимылдарды қайталауға тырысады. Аспаптарды ажырата алмайды.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1; орташа — 19;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ұстайды, сызық жүргізуге </w:t>
            </w:r>
            <w:r w:rsidRPr="007D457D">
              <w:rPr>
                <w:lang w:val="ru-RU"/>
              </w:rPr>
              <w:t>талпынады. Суреттегі бейнені айтуға талпынады. Бояумен сызық салуға тырысады. Сурет салуды ішінара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Заттарға уақытша қызығушылық танытады. Мүсіндеуді ішінара меңгерген. Ыдыс пішінін тереңдетуге тырысады.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</w:t>
            </w:r>
            <w:r w:rsidRPr="007D457D">
              <w:rPr>
                <w:lang w:val="ru-RU"/>
              </w:rPr>
              <w:t xml:space="preserve"> тәсілдерін </w:t>
            </w:r>
            <w:r w:rsidRPr="007D457D">
              <w:rPr>
                <w:lang w:val="ru-RU"/>
              </w:rPr>
              <w:t>ішінара біледі. Бейнелерді орналастырып құрастыруға тырысады. Композицияны құрастыруға тырысады. Пішіндерді орналастыруға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Үлгіге</w:t>
            </w:r>
            <w:r w:rsidRPr="007D457D">
              <w:rPr>
                <w:lang w:val="ru-RU"/>
              </w:rPr>
              <w:t xml:space="preserve"> мән бермей құрастырады. Құрылысын ішінара атайды, ойнайды. Ішінара дербес құрастырады. Бөлшектерді жинауғ</w:t>
            </w:r>
            <w:r w:rsidRPr="007D457D">
              <w:rPr>
                <w:lang w:val="ru-RU"/>
              </w:rPr>
              <w:t>а тырысады.</w:t>
            </w:r>
          </w:p>
          <w:p w:rsidR="00731718" w:rsidRDefault="004C503E">
            <w:pPr>
              <w:spacing w:after="20"/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 xml:space="preserve">Еліктейді, кейбір сөздерді қосып айтады. Кейбір әндерді таниды. </w:t>
            </w:r>
            <w:r>
              <w:t>Кейбір қимылдарды қайталайды. Кейбір аспаптарды ажыратады.</w:t>
            </w:r>
          </w:p>
          <w:p w:rsidR="00731718" w:rsidRDefault="004C503E">
            <w:pPr>
              <w:spacing w:after="20"/>
            </w:pPr>
            <w:r>
              <w:rPr>
                <w:sz w:val="18"/>
              </w:rPr>
              <w:t>Қалған</w:t>
            </w:r>
            <w:r>
              <w:rPr>
                <w:sz w:val="18"/>
              </w:rPr>
              <w:t xml:space="preserve"> дағдыларды меңгерген.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0; орташа — 20;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ұстайды, сызық жүргізуге тал</w:t>
            </w:r>
            <w:r w:rsidRPr="007D457D">
              <w:rPr>
                <w:lang w:val="ru-RU"/>
              </w:rPr>
              <w:t>пынады. Суреттегі бейнені айтуға талпынады. Бояумен сызық салуға тырысады. Сурет салуды ішінара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Заттарға уақытша қызығушылық танытады. Мүсіндеуді ішінара меңгерген. Ыдыс пішінін тереңдетуге тырысады. Орналастыруға, жинауға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Ж</w:t>
            </w:r>
            <w:r w:rsidRPr="007D457D">
              <w:rPr>
                <w:b/>
                <w:lang w:val="ru-RU"/>
              </w:rPr>
              <w:t xml:space="preserve">апсыру. </w:t>
            </w:r>
            <w:r w:rsidRPr="007D457D">
              <w:rPr>
                <w:lang w:val="ru-RU"/>
              </w:rPr>
              <w:t>Қағаз</w:t>
            </w:r>
            <w:r w:rsidRPr="007D457D">
              <w:rPr>
                <w:lang w:val="ru-RU"/>
              </w:rPr>
              <w:t xml:space="preserve"> тәсілдерін ішінара біледі. Бейнелерді орналастырып құрастыруға тырысады. Композицияны құрастыруға тырысады. Пішіндерді орналастыруға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Үлгіге</w:t>
            </w:r>
            <w:r w:rsidRPr="007D457D">
              <w:rPr>
                <w:lang w:val="ru-RU"/>
              </w:rPr>
              <w:t xml:space="preserve"> мән бермей құрастырады. Құрылысын ішінара атайды, ойнайды. Ішінара дербес құраст</w:t>
            </w:r>
            <w:r w:rsidRPr="007D457D">
              <w:rPr>
                <w:lang w:val="ru-RU"/>
              </w:rPr>
              <w:t>ырады. Бөлшектерді жинауға тырысады.</w:t>
            </w:r>
          </w:p>
          <w:p w:rsidR="00731718" w:rsidRDefault="004C503E">
            <w:pPr>
              <w:spacing w:after="20"/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 xml:space="preserve">Еліктейді, кейбір сөздерді қосып айтады. Кейбір әндерді таниды. Кейбір қимылдарды қайталайды. </w:t>
            </w:r>
            <w:r>
              <w:t>Кейбір аспаптарды ажыратады.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20 көрсеткіштің барлығы орташа сипаттамаға сәйкес белгіленген. Дағдыларды ішінара меңгер</w:t>
            </w:r>
            <w:r>
              <w:t>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Әлеуметтік</w:t>
            </w:r>
            <w:r>
              <w:t>-эмоционалды дағдыларды қалыптастыру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0; төмен — 4.</w:t>
            </w:r>
          </w:p>
          <w:p w:rsidR="00731718" w:rsidRDefault="004C503E">
            <w:pPr>
              <w:spacing w:after="20"/>
            </w:pPr>
            <w:r>
              <w:t>Есіміне жауап бермейді, өзін танымайды. Заттармен әрекетке талпынады. Жеміс-көкөністі ажырата, атай алмайды. Қамқорлық танытпайды.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Өзін</w:t>
            </w:r>
            <w:r>
              <w:t xml:space="preserve"> кейде таниды, айнаға сирек қызығады. Заттарды таниды, қолдануды білмейді. Жеміс-көкөністі ішінара атайды. Қамқорлық танытуға тырысады.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Өзін</w:t>
            </w:r>
            <w:r>
              <w:t xml:space="preserve"> кейде таниды, айнаға сирек қызығады. Заттарды таниды, қолдануды білмейді. Же</w:t>
            </w:r>
            <w:r>
              <w:t>міс-көкөністі ішінара атайды. Қамқорлық танытуға тырысады.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</w:tbl>
    <w:p w:rsidR="00731718" w:rsidRPr="007D457D" w:rsidRDefault="00731718">
      <w:pPr>
        <w:spacing w:after="60"/>
        <w:rPr>
          <w:lang w:val="kk-KZ"/>
        </w:rPr>
      </w:pPr>
    </w:p>
    <w:p w:rsidR="00731718" w:rsidRPr="007D457D" w:rsidRDefault="004C503E">
      <w:pPr>
        <w:pStyle w:val="aa"/>
        <w:pageBreakBefore/>
        <w:spacing w:after="60"/>
        <w:jc w:val="center"/>
        <w:rPr>
          <w:lang w:val="ru-RU"/>
        </w:rPr>
      </w:pPr>
      <w:r w:rsidRPr="007D457D">
        <w:rPr>
          <w:lang w:val="ru-RU"/>
        </w:rPr>
        <w:lastRenderedPageBreak/>
        <w:t>2024–2025 оқу жылына арналған баланың жеке даму картасы</w:t>
      </w:r>
    </w:p>
    <w:p w:rsidR="00731718" w:rsidRPr="007D457D" w:rsidRDefault="004C503E">
      <w:pPr>
        <w:spacing w:after="60"/>
        <w:rPr>
          <w:lang w:val="ru-RU"/>
        </w:rPr>
      </w:pPr>
      <w:r w:rsidRPr="007D457D">
        <w:rPr>
          <w:b/>
          <w:sz w:val="24"/>
          <w:lang w:val="ru-RU"/>
        </w:rPr>
        <w:t>Баланың аты-жөні: Сембай Мырза Нұрсұлтанұлы</w:t>
      </w:r>
    </w:p>
    <w:p w:rsidR="00731718" w:rsidRPr="007D457D" w:rsidRDefault="004C503E">
      <w:pPr>
        <w:spacing w:after="40"/>
        <w:rPr>
          <w:lang w:val="ru-RU"/>
        </w:rPr>
      </w:pPr>
      <w:r w:rsidRPr="007D457D">
        <w:rPr>
          <w:lang w:val="ru-RU"/>
        </w:rPr>
        <w:t>Тобы: «Күншуақ» кіші тобы (2 жас)     Туған күні: 08.07.2022</w:t>
      </w:r>
    </w:p>
    <w:p w:rsidR="00731718" w:rsidRPr="007D457D" w:rsidRDefault="004C503E">
      <w:pPr>
        <w:spacing w:after="80"/>
        <w:rPr>
          <w:lang w:val="ru-RU"/>
        </w:rPr>
      </w:pPr>
      <w:r w:rsidRPr="007D457D">
        <w:rPr>
          <w:lang w:val="ru-RU"/>
        </w:rPr>
        <w:t>Білім беру ұйымы: КМҚК «Нұрдәулет» бөбекжайы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Аралық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Физикалық қасиеттерді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Қарқынды</w:t>
            </w:r>
            <w:r>
              <w:t xml:space="preserve"> өзгертіп жүреді, </w:t>
            </w:r>
            <w:r>
              <w:t>жүгіреді, заттардың бойымен және астымен еңбектейді. Беті-қолын дербес жуады. Киіну мен шешінудің ретін біледі.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3; орташа — 0; төмен — 1.</w:t>
            </w:r>
          </w:p>
          <w:p w:rsidR="00731718" w:rsidRDefault="004C503E">
            <w:pPr>
              <w:spacing w:after="20"/>
            </w:pPr>
            <w:r>
              <w:t>Жүреді, жүгіру бағытын өзгертуге талпынбайды.</w:t>
            </w:r>
          </w:p>
          <w:p w:rsidR="00731718" w:rsidRDefault="004C503E">
            <w:pPr>
              <w:spacing w:after="20"/>
            </w:pPr>
            <w:r>
              <w:rPr>
                <w:sz w:val="18"/>
              </w:rPr>
              <w:t>Қалған</w:t>
            </w:r>
            <w:r>
              <w:rPr>
                <w:sz w:val="18"/>
              </w:rPr>
              <w:t xml:space="preserve"> дағдыларды меңгерген.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Жүреді, кейде жүгіру бағытын өзгертеді. Еңбектеуге талпынады. Беті-қолын дербес жууға тырысады. Өзі киініп, шешінуге талпынады.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Коммуникативтік дағдыларды дамыту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8; орташа — 0;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тыңдап, түсінеді. Дыбыстар мен еліктеу сөздерін анық айтады, қарапайым сөз тіркестерін қайталайды. Әңгімені тыңдап, сұрақтарға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Шығармадағы сөздерді қосылып</w:t>
            </w:r>
            <w:r>
              <w:t xml:space="preserve"> қайталайды, таныс шығармаларды қызыға тыңдайды. Сурет бойынша сұрақтарға жауап береді, көмекпен шағын тақпақтарды қайталайды.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8; орташа — 0;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тыңдап, түсінеді. Дыбыстар мен еліктеу сөздерін анық айтад</w:t>
            </w:r>
            <w:r>
              <w:t>ы, қарапайым сөз тіркестерін қайталайды. Әңгімені тыңдап, сұрақтарға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Шығармадағы сөздерді қосылып қайталайды, таныс шығармаларды қызыға тыңдайды. Сурет бойынша сұрақтарға жауап береді, көмекпен шағын тақпақтарды қайталайды.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</w:t>
            </w:r>
            <w:r>
              <w:rPr>
                <w:b/>
                <w:sz w:val="18"/>
              </w:rPr>
              <w:t>ғары</w:t>
            </w:r>
            <w:r>
              <w:rPr>
                <w:b/>
                <w:sz w:val="18"/>
              </w:rPr>
              <w:t xml:space="preserve"> — 0; орташа — 8;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ішінара түсінеді. Дыбыстарды айтуға талпынады. Сөз тіркестерін айтуға талпынады. Тыңдайды, кейбір сұраққа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 сөздерін қайталауға тырысады. Шығарманы іші</w:t>
            </w:r>
            <w:r>
              <w:t>нара тыңдайды. Сурет бойынша кейбір сұраққа жауап береді. Тақпақтың кейбір сөзін қайталайды.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8 көрсеткіштің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Танымдық және зияткерлік дағдыларды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 xml:space="preserve">Жоғары — 4; орташа — 0; </w:t>
            </w:r>
            <w:r>
              <w:rPr>
                <w:b/>
                <w:sz w:val="18"/>
              </w:rPr>
              <w:t>төмен — 0.</w:t>
            </w:r>
          </w:p>
          <w:p w:rsidR="00731718" w:rsidRDefault="004C503E">
            <w:pPr>
              <w:spacing w:after="20"/>
            </w:pPr>
            <w:r>
              <w:t>Үлгі</w:t>
            </w:r>
            <w:r>
              <w:t xml:space="preserve"> мен нұсқауға сай тапсырма орындайды. Ұқсас заттарды топтастырады, пішіндерді салыстырады. Заттарды түсі, көлемі, пішіні бойынша зерттеп, салыстыра алады.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Үлгі</w:t>
            </w:r>
            <w:r>
              <w:t xml:space="preserve"> мен нұсқауға сай тапсырма орындайды. Ұқсас зат</w:t>
            </w:r>
            <w:r>
              <w:t>тарды топтастырады, пішіндерді салыстырады. Заттарды түсі, көлемі, пішіні бойынша зерттеп, салыстыра алады.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Нұсқауды орындауға талпынады. Заттарды ішінара топтастырады. Пішіндерді ішінара салыстырады. Заттарды ішінара зер</w:t>
            </w:r>
            <w:r>
              <w:t>ттеп, салыстырады.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</w:tbl>
    <w:p w:rsidR="00731718" w:rsidRPr="007D457D" w:rsidRDefault="00731718">
      <w:pPr>
        <w:rPr>
          <w:lang w:val="kk-KZ"/>
        </w:rPr>
      </w:pPr>
    </w:p>
    <w:p w:rsidR="00731718" w:rsidRPr="007D457D" w:rsidRDefault="00731718">
      <w:pPr>
        <w:pageBreakBefore/>
        <w:spacing w:after="100"/>
        <w:rPr>
          <w:lang w:val="kk-KZ"/>
        </w:rPr>
      </w:pP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Аралық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Балалардың шығармашылық дағдыларын, зерттеу іс-әрекетін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 xml:space="preserve">Жоғары — 20; орташа — 0; </w:t>
            </w:r>
            <w:r w:rsidRPr="007D457D">
              <w:rPr>
                <w:b/>
                <w:sz w:val="18"/>
                <w:lang w:val="ru-RU"/>
              </w:rPr>
              <w:t>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дұрыс ұстайды, сызықтар мен жақпалар салады. Суретіне қуанады, бейнеленгенін айтады. Қағазға және құмға сурет салуды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 xml:space="preserve">Мүсіндейтін заттарды зерттейді, қарапайым тәсілдерді меңгерген. Ыдыс пішінін саусақпен </w:t>
            </w:r>
            <w:r w:rsidRPr="007D457D">
              <w:rPr>
                <w:lang w:val="ru-RU"/>
              </w:rPr>
              <w:t>тереңдетеді. Бұйымын орналастырып, материалдарын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Қағазбен</w:t>
            </w:r>
            <w:r w:rsidRPr="007D457D">
              <w:rPr>
                <w:lang w:val="ru-RU"/>
              </w:rPr>
              <w:t xml:space="preserve"> жұмыс тәсілдерін біледі. Бейнелер мен қарапайым композицияларды орналастырып, құрастырады. Симметриялық пішіндер мен оюларды орналастыра алады.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</w:t>
            </w:r>
            <w:r w:rsidRPr="007D457D">
              <w:rPr>
                <w:lang w:val="ru-RU"/>
              </w:rPr>
              <w:t xml:space="preserve"> бойынша құрастырады,</w:t>
            </w:r>
            <w:r w:rsidRPr="007D457D">
              <w:rPr>
                <w:lang w:val="ru-RU"/>
              </w:rPr>
              <w:t xml:space="preserve"> құрылысын атап, онымен ойнайды. Дербес құрастыруда белсенділік танытады, бөлшектерді ұқыпты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>Дауыс ырғағына еліктеп, сөздерді қосып айтады. Таныс әндерді таниды, қуанады. Қимылдарды қайталайды, музыкалық аспаптарды ажыратады.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 xml:space="preserve">Жоғары — 20; </w:t>
            </w:r>
            <w:r w:rsidRPr="007D457D">
              <w:rPr>
                <w:b/>
                <w:sz w:val="18"/>
                <w:lang w:val="ru-RU"/>
              </w:rPr>
              <w:t>орташа — 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дұрыс ұстайды, сызықтар мен жақпалар салады. Суретіне қуанады, бейнеленгенін айтады. Қағазға және құмға сурет салуды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 xml:space="preserve">Мүсіндейтін заттарды зерттейді, қарапайым тәсілдерді меңгерген. Ыдыс </w:t>
            </w:r>
            <w:r w:rsidRPr="007D457D">
              <w:rPr>
                <w:lang w:val="ru-RU"/>
              </w:rPr>
              <w:t>пішінін саусақпен тереңдетеді. Бұйымын орналастырып, материалдарын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Қағазбен</w:t>
            </w:r>
            <w:r w:rsidRPr="007D457D">
              <w:rPr>
                <w:lang w:val="ru-RU"/>
              </w:rPr>
              <w:t xml:space="preserve"> жұмыс тәсілдерін біледі. Бейнелер мен қарапайым композицияларды орналастырып, құрастырады. Симметриялық пішіндер мен оюларды орналастыра алады.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</w:t>
            </w:r>
            <w:r w:rsidRPr="007D457D">
              <w:rPr>
                <w:lang w:val="ru-RU"/>
              </w:rPr>
              <w:t xml:space="preserve"> бо</w:t>
            </w:r>
            <w:r w:rsidRPr="007D457D">
              <w:rPr>
                <w:lang w:val="ru-RU"/>
              </w:rPr>
              <w:t>йынша құрастырады, құрылысын атап, онымен ойнайды. Дербес құрастыруда белсенділік танытады, бөлшектерді ұқыпты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>Дауыс ырғағына еліктеп, сөздерді қосып айтады. Таныс әндерді таниды, қуанады. Қимылдарды қайталайды, музыкалық аспаптарды ажырат</w:t>
            </w:r>
            <w:r w:rsidRPr="007D457D">
              <w:rPr>
                <w:lang w:val="ru-RU"/>
              </w:rPr>
              <w:t>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0; орташа — 20;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ұстайды, сызық жүргізуге талпынады. Суреттегі бейнені айтуға талпынады. Бояумен сызық салуға тырысады. Сурет салуды ішінара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 xml:space="preserve">Заттарға уақытша қызығушылық танытады. Мүсіндеуді </w:t>
            </w:r>
            <w:r w:rsidRPr="007D457D">
              <w:rPr>
                <w:lang w:val="ru-RU"/>
              </w:rPr>
              <w:t>ішінара меңгерген. Ыдыс пішінін тереңдетуге тырысады. Орналастыруға, жинауға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</w:t>
            </w:r>
            <w:r w:rsidRPr="007D457D">
              <w:rPr>
                <w:lang w:val="ru-RU"/>
              </w:rPr>
              <w:t xml:space="preserve"> тәсілдерін ішінара біледі. Бейнелерді орналастырып құрастыруға тырысады. Композицияны құрастыруға тырысады. Пішіндерді орналастыруға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Үлгіге</w:t>
            </w:r>
            <w:r w:rsidRPr="007D457D">
              <w:rPr>
                <w:lang w:val="ru-RU"/>
              </w:rPr>
              <w:t xml:space="preserve"> мән бермей құрастырады. Құрылысын ішінара атайды, ойнайды. Ішінара дербес құрастырады. Бөлшектерді жинауға тырысады.</w:t>
            </w:r>
          </w:p>
          <w:p w:rsidR="00731718" w:rsidRDefault="004C503E">
            <w:pPr>
              <w:spacing w:after="20"/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 xml:space="preserve">Еліктейді, кейбір сөздерді қосып айтады. Кейбір әндерді таниды. Кейбір қимылдарды қайталайды. </w:t>
            </w:r>
            <w:r>
              <w:t>Кейбір аспаптарды ажыратады.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20 көрсеткіштің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Әлеуметтік</w:t>
            </w:r>
            <w:r>
              <w:t>-эмоционалды дағдыларды қалыптастыру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 xml:space="preserve">Есіміне жауап береді, өзін таниды. Заттарды таниды, қолдана біледі. Жемістер </w:t>
            </w:r>
            <w:r>
              <w:t>мен көкөністерді ажыратады, атайды. Өсімдіктер мен жануарларға қамқорлық танытады.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Есіміне жауап береді, өзін таниды. Заттарды таниды, қолдана біледі. Жемістер мен көкөністерді ажыратады, атайды. Өсімдіктер мен жануарларғ</w:t>
            </w:r>
            <w:r>
              <w:t>а қамқорлық танытады.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Өзін</w:t>
            </w:r>
            <w:r>
              <w:t xml:space="preserve"> кейде таниды, айнаға сирек қызығады. Заттарды таниды, қолдануды білмейді. Жеміс-көкөністі ішінара атайды. Қамқорлық танытуға тырысады.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</w:t>
            </w:r>
            <w:r>
              <w:t>н. Дағдыларды ішінара меңгерген.</w:t>
            </w:r>
          </w:p>
        </w:tc>
      </w:tr>
    </w:tbl>
    <w:p w:rsidR="00731718" w:rsidRPr="007D457D" w:rsidRDefault="004C503E">
      <w:pPr>
        <w:pStyle w:val="aa"/>
        <w:pageBreakBefore/>
        <w:spacing w:after="60"/>
        <w:jc w:val="center"/>
        <w:rPr>
          <w:lang w:val="ru-RU"/>
        </w:rPr>
      </w:pPr>
      <w:r w:rsidRPr="007D457D">
        <w:rPr>
          <w:lang w:val="ru-RU"/>
        </w:rPr>
        <w:lastRenderedPageBreak/>
        <w:t xml:space="preserve">2024–2025 оқу жылына </w:t>
      </w:r>
      <w:r w:rsidRPr="007D457D">
        <w:rPr>
          <w:lang w:val="ru-RU"/>
        </w:rPr>
        <w:t>арналған баланың жеке даму картасы</w:t>
      </w:r>
    </w:p>
    <w:p w:rsidR="00731718" w:rsidRPr="007D457D" w:rsidRDefault="004C503E">
      <w:pPr>
        <w:spacing w:after="60"/>
        <w:rPr>
          <w:lang w:val="ru-RU"/>
        </w:rPr>
      </w:pPr>
      <w:r w:rsidRPr="007D457D">
        <w:rPr>
          <w:b/>
          <w:sz w:val="24"/>
          <w:lang w:val="ru-RU"/>
        </w:rPr>
        <w:t>Баланың аты-жөні: Хасен Ұлан Жанатұлы</w:t>
      </w:r>
    </w:p>
    <w:p w:rsidR="00731718" w:rsidRPr="007D457D" w:rsidRDefault="004C503E">
      <w:pPr>
        <w:spacing w:after="40"/>
        <w:rPr>
          <w:lang w:val="ru-RU"/>
        </w:rPr>
      </w:pPr>
      <w:r w:rsidRPr="007D457D">
        <w:rPr>
          <w:lang w:val="ru-RU"/>
        </w:rPr>
        <w:t>Тобы: «Күншуақ» кіші тобы (2 жас)     Туған күні: ____________________</w:t>
      </w:r>
    </w:p>
    <w:p w:rsidR="00731718" w:rsidRPr="007D457D" w:rsidRDefault="004C503E">
      <w:pPr>
        <w:spacing w:after="80"/>
        <w:rPr>
          <w:lang w:val="ru-RU"/>
        </w:rPr>
      </w:pPr>
      <w:r w:rsidRPr="007D457D">
        <w:rPr>
          <w:lang w:val="ru-RU"/>
        </w:rPr>
        <w:t>Білім беру ұйымы: КМҚК «Нұрдәулет» бөбекжайы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Аралық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Физикалық қасиеттерді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Қарқынды</w:t>
            </w:r>
            <w:r>
              <w:t xml:space="preserve"> өзгертіп жүреді, жүгіреді, заттардың бойымен және астымен еңбектейді. Беті-қолын дербес жуады. Киіну мен шешінудің ретін біледі.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</w:t>
            </w:r>
            <w:r>
              <w:rPr>
                <w:b/>
                <w:sz w:val="18"/>
              </w:rPr>
              <w:t xml:space="preserve"> — 3; орташа — 0; төмен — 1.</w:t>
            </w:r>
          </w:p>
          <w:p w:rsidR="00731718" w:rsidRDefault="004C503E">
            <w:pPr>
              <w:spacing w:after="20"/>
            </w:pPr>
            <w:r>
              <w:t>Жүреді, жүгіру бағытын өзгертуге талпынбайды.</w:t>
            </w:r>
          </w:p>
          <w:p w:rsidR="00731718" w:rsidRDefault="004C503E">
            <w:pPr>
              <w:spacing w:after="20"/>
            </w:pPr>
            <w:r>
              <w:rPr>
                <w:sz w:val="18"/>
              </w:rPr>
              <w:t>Қалған</w:t>
            </w:r>
            <w:r>
              <w:rPr>
                <w:sz w:val="18"/>
              </w:rPr>
              <w:t xml:space="preserve"> дағдыларды меңгерген.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 xml:space="preserve">Жүреді, кейде жүгіру бағытын өзгертеді. Еңбектеуге талпынады. Беті-қолын дербес жууға тырысады. Өзі киініп, шешінуге </w:t>
            </w:r>
            <w:r>
              <w:t>талпынады.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Коммуникативтік дағдыларды дамыту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8; орташа — 0;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тыңдап, түсінеді. Дыбыстар мен еліктеу сөздерін</w:t>
            </w:r>
            <w:r>
              <w:t xml:space="preserve"> анық айтады, қарапайым сөз тіркестерін қайталайды. Әңгімені тыңдап, сұрақтарға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Шығармадағы сөздерді қосылып қайталайды, таныс шығармаларды қызыға тыңдайды. Сурет бойынша сұрақтарға жауап береді, көмекпен шағын тақпақтарды қай</w:t>
            </w:r>
            <w:r>
              <w:t>талайды.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8; орташа — 0;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тыңдап, түсінеді. Дыбыстар мен еліктеу сөздерін анық айтады, қарапайым сөз тіркестерін қайталайды. Әңгімені тыңдап, сұрақтарға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Шығармадағы сөздерд</w:t>
            </w:r>
            <w:r>
              <w:t>і қосылып қайталайды, таныс шығармаларды қызыға тыңдайды. Сурет бойынша сұрақтарға жауап береді, көмекпен шағын тақпақтарды қайталайды.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8; төмен — 0.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Сөйлеуді дамыту. </w:t>
            </w:r>
            <w:r>
              <w:t>Ересектердің сөзін ішінара түсінеді. Дыбыстарды айтуға талпынады. Сө</w:t>
            </w:r>
            <w:r>
              <w:t>з тіркестерін айтуға талпынады. Тыңдайды, кейбір сұраққа жауап береді.</w:t>
            </w:r>
          </w:p>
          <w:p w:rsidR="00731718" w:rsidRDefault="004C503E">
            <w:pPr>
              <w:spacing w:after="20"/>
            </w:pPr>
            <w:r>
              <w:rPr>
                <w:b/>
              </w:rPr>
              <w:t xml:space="preserve">Көркем әдебиет. </w:t>
            </w:r>
            <w:r>
              <w:t>Шығарма сөздерін қайталауға тырысады. Шығарманы ішінара тыңдайды. Сурет бойынша кейбір сұраққа жауап береді. Тақпақтың кейбір сөзін қайталайды.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8 көрсеткіштің барлығы ор</w:t>
            </w:r>
            <w:r>
              <w:t>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Танымдық және зияткерлік дағдыларды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Үлгі</w:t>
            </w:r>
            <w:r>
              <w:t xml:space="preserve"> мен нұсқауға сай тапсырма орындайды. Ұқсас заттарды топтастырады, пішіндерді салыстырады. Заттарды түсі, </w:t>
            </w:r>
            <w:r>
              <w:t>көлемі, пішіні бойынша зерттеп, салыстыра алады.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Үлгі</w:t>
            </w:r>
            <w:r>
              <w:t xml:space="preserve"> мен нұсқауға сай тапсырма орындайды. Ұқсас заттарды топтастырады, пішіндерді салыстырады. Заттарды түсі, көлемі, пішіні бойынша зерттеп, салыстыра алады.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</w:t>
            </w:r>
            <w:r>
              <w:rPr>
                <w:b/>
                <w:sz w:val="18"/>
              </w:rPr>
              <w:t>рташа — 4; төмен — 0.</w:t>
            </w:r>
          </w:p>
          <w:p w:rsidR="00731718" w:rsidRDefault="004C503E">
            <w:pPr>
              <w:spacing w:after="20"/>
            </w:pPr>
            <w:r>
              <w:t>Нұсқауды орындауға талпынады. Заттарды ішінара топтастырады. Пішіндерді ішінара салыстырады. Заттарды ішінара зерттеп, салыстырады.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</w:tbl>
    <w:p w:rsidR="00731718" w:rsidRPr="007D457D" w:rsidRDefault="00731718">
      <w:pPr>
        <w:rPr>
          <w:lang w:val="kk-KZ"/>
        </w:rPr>
      </w:pPr>
    </w:p>
    <w:p w:rsidR="00731718" w:rsidRPr="007D457D" w:rsidRDefault="00731718">
      <w:pPr>
        <w:pageBreakBefore/>
        <w:spacing w:after="100"/>
        <w:rPr>
          <w:lang w:val="ru-RU"/>
        </w:rPr>
      </w:pP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1928"/>
        <w:gridCol w:w="3798"/>
        <w:gridCol w:w="3798"/>
        <w:gridCol w:w="3798"/>
        <w:gridCol w:w="2154"/>
      </w:tblGrid>
      <w:tr w:rsidR="00731718">
        <w:trPr>
          <w:cantSplit/>
          <w:tblHeader/>
          <w:jc w:val="center"/>
        </w:trPr>
        <w:tc>
          <w:tcPr>
            <w:tcW w:w="192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Даму салалары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Бастапқы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Аралық бақылау нәтижелері</w:t>
            </w:r>
          </w:p>
        </w:tc>
        <w:tc>
          <w:tcPr>
            <w:tcW w:w="3798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jc w:val="center"/>
            </w:pPr>
            <w:r>
              <w:rPr>
                <w:b/>
              </w:rPr>
              <w:t>Қорытынды</w:t>
            </w:r>
            <w:r>
              <w:rPr>
                <w:b/>
              </w:rPr>
              <w:t xml:space="preserve"> бақылау нәтижелері</w:t>
            </w:r>
          </w:p>
        </w:tc>
        <w:tc>
          <w:tcPr>
            <w:tcW w:w="2154" w:type="dxa"/>
            <w:shd w:val="clear" w:color="auto" w:fill="E4ECF3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  <w:jc w:val="center"/>
            </w:pPr>
            <w:r>
              <w:rPr>
                <w:b/>
              </w:rPr>
              <w:t>Жылдық қорытынды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Балалардың шығармашылық дағдыларын, зерттеу іс-әрекетін дамыту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20; орташа — 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дұрыс ұстайды, сызықтар мен жақпалар салады. Суретіне қуанады, бейнеленгенін айтады. </w:t>
            </w:r>
            <w:r w:rsidRPr="007D457D">
              <w:rPr>
                <w:lang w:val="ru-RU"/>
              </w:rPr>
              <w:t>Қағазға</w:t>
            </w:r>
            <w:r w:rsidRPr="007D457D">
              <w:rPr>
                <w:lang w:val="ru-RU"/>
              </w:rPr>
              <w:t xml:space="preserve"> және құмға сурет салуды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Мүсіндейтін заттарды зерттейді, қарапайым тәсілдерді меңгерген. Ыдыс пішінін саусақпен тереңдетеді. Бұйымын орналастырып, материалдарын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Қағазбен</w:t>
            </w:r>
            <w:r w:rsidRPr="007D457D">
              <w:rPr>
                <w:lang w:val="ru-RU"/>
              </w:rPr>
              <w:t xml:space="preserve"> жұмыс тәсілдерін біледі. Бейнелер мен қа</w:t>
            </w:r>
            <w:r w:rsidRPr="007D457D">
              <w:rPr>
                <w:lang w:val="ru-RU"/>
              </w:rPr>
              <w:t>рапайым композицияларды орналастырып, құрастырады. Симметриялық пішіндер мен оюларды орналастыра алады.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</w:t>
            </w:r>
            <w:r w:rsidRPr="007D457D">
              <w:rPr>
                <w:lang w:val="ru-RU"/>
              </w:rPr>
              <w:t xml:space="preserve"> бойынша құрастырады, құрылысын атап, онымен ойнайды. Дербес құрастыруда белсенділік танытады, бөлшектерді ұқыпты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 xml:space="preserve">Дауыс </w:t>
            </w:r>
            <w:r w:rsidRPr="007D457D">
              <w:rPr>
                <w:lang w:val="ru-RU"/>
              </w:rPr>
              <w:t>ырғағына еліктеп, сөздерді қосып айтады. Таныс әндерді таниды, қуанады. Қимылдарды қайталайды, музыкалық аспаптарды ажыратады.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20; орташа — 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дұрыс ұстайды, сызықтар мен жақпалар салады. Суретіне қуанады, бейнеленге</w:t>
            </w:r>
            <w:r w:rsidRPr="007D457D">
              <w:rPr>
                <w:lang w:val="ru-RU"/>
              </w:rPr>
              <w:t>нін айтады. Қағазға және құмға сурет салуды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Мүсіндейтін заттарды зерттейді, қарапайым тәсілдерді меңгерген. Ыдыс пішінін саусақпен тереңдетеді. Бұйымын орналастырып, материалдарын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Қағазбен</w:t>
            </w:r>
            <w:r w:rsidRPr="007D457D">
              <w:rPr>
                <w:lang w:val="ru-RU"/>
              </w:rPr>
              <w:t xml:space="preserve"> жұмыс тәсілдерін біледі. </w:t>
            </w:r>
            <w:r w:rsidRPr="007D457D">
              <w:rPr>
                <w:lang w:val="ru-RU"/>
              </w:rPr>
              <w:t>Бейнелер мен қарапайым композицияларды орналастырып, құрастырады. Симметриялық пішіндер мен оюларды орналастыра алады.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</w:t>
            </w:r>
            <w:r w:rsidRPr="007D457D">
              <w:rPr>
                <w:lang w:val="ru-RU"/>
              </w:rPr>
              <w:t xml:space="preserve"> бойынша құрастырады, құрылысын атап, онымен ойнайды. Дербес құрастыруда белсенділік танытады, бөлшектерді ұқыпты жинайды.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>Дауыс ырғағына еліктеп, сөздерді қосып айтады. Таныс әндерді таниды, қуанады. Қимылдарды қайталайды, музыкалық аспаптарды ажыратады.</w:t>
            </w:r>
          </w:p>
        </w:tc>
        <w:tc>
          <w:tcPr>
            <w:tcW w:w="3798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sz w:val="18"/>
                <w:lang w:val="ru-RU"/>
              </w:rPr>
              <w:t>Жоғары — 0; орташа — 20; төмен — 0.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Сурет салу. </w:t>
            </w:r>
            <w:r w:rsidRPr="007D457D">
              <w:rPr>
                <w:lang w:val="ru-RU"/>
              </w:rPr>
              <w:t>Қаламды</w:t>
            </w:r>
            <w:r w:rsidRPr="007D457D">
              <w:rPr>
                <w:lang w:val="ru-RU"/>
              </w:rPr>
              <w:t xml:space="preserve"> ұстайды, сызық жүргізуге талпынады. Суреттегі бейнені айту</w:t>
            </w:r>
            <w:r w:rsidRPr="007D457D">
              <w:rPr>
                <w:lang w:val="ru-RU"/>
              </w:rPr>
              <w:t>ға</w:t>
            </w:r>
            <w:r w:rsidRPr="007D457D">
              <w:rPr>
                <w:lang w:val="ru-RU"/>
              </w:rPr>
              <w:t xml:space="preserve"> талпынады. Бояумен сызық салуға тырысады. Сурет салуды ішінара меңгерген.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Мүсіндеу. </w:t>
            </w:r>
            <w:r w:rsidRPr="007D457D">
              <w:rPr>
                <w:lang w:val="ru-RU"/>
              </w:rPr>
              <w:t>Заттарға уақытша қызығушылық танытады. Мүсіндеуді ішінара меңгерген. Ыдыс пішінін тереңдетуге тырысады. Орналастыруға, жинауға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 xml:space="preserve">Жапсыру. </w:t>
            </w:r>
            <w:r w:rsidRPr="007D457D">
              <w:rPr>
                <w:lang w:val="ru-RU"/>
              </w:rPr>
              <w:t>Қағаз</w:t>
            </w:r>
            <w:r w:rsidRPr="007D457D">
              <w:rPr>
                <w:lang w:val="ru-RU"/>
              </w:rPr>
              <w:t xml:space="preserve"> тәсілдерін ішіна</w:t>
            </w:r>
            <w:r w:rsidRPr="007D457D">
              <w:rPr>
                <w:lang w:val="ru-RU"/>
              </w:rPr>
              <w:t>ра біледі. Бейнелерді орналастырып құрастыруға тырысады. Композицияны құрастыруға тырысады. Пішіндерді орналастыруға талпынады.</w:t>
            </w:r>
          </w:p>
          <w:p w:rsidR="00731718" w:rsidRPr="007D457D" w:rsidRDefault="004C503E">
            <w:pPr>
              <w:spacing w:after="20"/>
              <w:rPr>
                <w:lang w:val="ru-RU"/>
              </w:rPr>
            </w:pPr>
            <w:r w:rsidRPr="007D457D">
              <w:rPr>
                <w:b/>
                <w:lang w:val="ru-RU"/>
              </w:rPr>
              <w:t>Құрастыру</w:t>
            </w:r>
            <w:r w:rsidRPr="007D457D">
              <w:rPr>
                <w:b/>
                <w:lang w:val="ru-RU"/>
              </w:rPr>
              <w:t xml:space="preserve">. </w:t>
            </w:r>
            <w:r w:rsidRPr="007D457D">
              <w:rPr>
                <w:lang w:val="ru-RU"/>
              </w:rPr>
              <w:t>Үлгіге</w:t>
            </w:r>
            <w:r w:rsidRPr="007D457D">
              <w:rPr>
                <w:lang w:val="ru-RU"/>
              </w:rPr>
              <w:t xml:space="preserve"> мән бермей құрастырады. Құрылысын ішінара атайды, ойнайды. Ішінара дербес құрастырады. Бөлшектерді жинауға тыр</w:t>
            </w:r>
            <w:r w:rsidRPr="007D457D">
              <w:rPr>
                <w:lang w:val="ru-RU"/>
              </w:rPr>
              <w:t>ысады.</w:t>
            </w:r>
          </w:p>
          <w:p w:rsidR="00731718" w:rsidRDefault="004C503E">
            <w:pPr>
              <w:spacing w:after="20"/>
            </w:pPr>
            <w:r w:rsidRPr="007D457D">
              <w:rPr>
                <w:b/>
                <w:lang w:val="ru-RU"/>
              </w:rPr>
              <w:t xml:space="preserve">Музыка. </w:t>
            </w:r>
            <w:r w:rsidRPr="007D457D">
              <w:rPr>
                <w:lang w:val="ru-RU"/>
              </w:rPr>
              <w:t xml:space="preserve">Еліктейді, кейбір сөздерді қосып айтады. Кейбір әндерді таниды. Кейбір қимылдарды қайталайды. </w:t>
            </w:r>
            <w:r>
              <w:t>Кейбір аспаптарды ажыратады.</w:t>
            </w:r>
          </w:p>
        </w:tc>
        <w:tc>
          <w:tcPr>
            <w:tcW w:w="2154" w:type="dxa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20 көрсеткіштің барлығы орташа сипаттамаға сәйкес белгіленген. Дағдыларды ішінара меңгерген.</w:t>
            </w:r>
          </w:p>
        </w:tc>
      </w:tr>
      <w:tr w:rsidR="00731718">
        <w:trPr>
          <w:cantSplit/>
          <w:jc w:val="center"/>
        </w:trPr>
        <w:tc>
          <w:tcPr>
            <w:tcW w:w="192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Әлеуметтік</w:t>
            </w:r>
            <w:r>
              <w:t>-эмоционалды д</w:t>
            </w:r>
            <w:r>
              <w:t>ағдыларды қалыптастыру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Есіміне жауап береді, өзін таниды. Заттарды таниды, қолдана біледі. Жемістер мен көкөністерді ажыратады, атайды. Өсімдіктер мен жануарларға қамқорлық танытады.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4; орташа — 0; төмен — 0.</w:t>
            </w:r>
          </w:p>
          <w:p w:rsidR="00731718" w:rsidRDefault="004C503E">
            <w:pPr>
              <w:spacing w:after="20"/>
            </w:pPr>
            <w:r>
              <w:t>Есіміне жауап береді, өзін таниды. Заттарды таниды, қолдана біледі. Жемістер мен көкөністерді ажыратады, атайды. Өсімдіктер мен жануарларға қамқорлық танытады.</w:t>
            </w:r>
          </w:p>
        </w:tc>
        <w:tc>
          <w:tcPr>
            <w:tcW w:w="3798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20"/>
            </w:pPr>
            <w:r>
              <w:rPr>
                <w:b/>
                <w:sz w:val="18"/>
              </w:rPr>
              <w:t>Жоғары — 0; орташа — 4; төмен — 0.</w:t>
            </w:r>
          </w:p>
          <w:p w:rsidR="00731718" w:rsidRDefault="004C503E">
            <w:pPr>
              <w:spacing w:after="20"/>
            </w:pPr>
            <w:r>
              <w:t>Өзін</w:t>
            </w:r>
            <w:r>
              <w:t xml:space="preserve"> кейде таниды, айнаға сирек қызығады. Заттарды таниды, қо</w:t>
            </w:r>
            <w:r>
              <w:t>лдануды білмейді. Жеміс-көкөністі ішінара атайды. Қамқорлық танытуға тырысады.</w:t>
            </w:r>
          </w:p>
        </w:tc>
        <w:tc>
          <w:tcPr>
            <w:tcW w:w="2154" w:type="dxa"/>
            <w:shd w:val="clear" w:color="auto" w:fill="F7F9FB"/>
            <w:tcMar>
              <w:top w:w="40" w:type="dxa"/>
              <w:left w:w="75" w:type="dxa"/>
              <w:bottom w:w="40" w:type="dxa"/>
              <w:right w:w="75" w:type="dxa"/>
            </w:tcMar>
            <w:vAlign w:val="center"/>
          </w:tcPr>
          <w:p w:rsidR="00731718" w:rsidRDefault="004C503E">
            <w:pPr>
              <w:spacing w:after="40"/>
            </w:pPr>
            <w:r>
              <w:t>4 көрсеткіштің барлығы орташа сипаттамаға сәйкес белгіленген. Дағдыларды ішінара меңгерген.</w:t>
            </w:r>
          </w:p>
        </w:tc>
      </w:tr>
    </w:tbl>
    <w:p w:rsidR="00731718" w:rsidRDefault="00731718"/>
    <w:sectPr w:rsidR="00731718" w:rsidSect="00034616">
      <w:footerReference w:type="default" r:id="rId8"/>
      <w:pgSz w:w="16838" w:h="11906"/>
      <w:pgMar w:top="567" w:right="680" w:bottom="624" w:left="680" w:header="227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503E" w:rsidRDefault="004C503E" w:rsidP="00731718">
      <w:r>
        <w:separator/>
      </w:r>
    </w:p>
  </w:endnote>
  <w:endnote w:type="continuationSeparator" w:id="1">
    <w:p w:rsidR="004C503E" w:rsidRDefault="004C503E" w:rsidP="007317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18" w:rsidRDefault="004C503E">
    <w:pPr>
      <w:pStyle w:val="a7"/>
      <w:jc w:val="right"/>
    </w:pPr>
    <w:r>
      <w:rPr>
        <w:sz w:val="16"/>
      </w:rPr>
      <w:t xml:space="preserve">«Күншуақ» кіші тобы  |  2024–2025 оқу жылы  |  </w:t>
    </w:r>
    <w:fldSimple w:instr="PAGE">
      <w:r w:rsidR="00FD339A">
        <w:rPr>
          <w:noProof/>
        </w:rPr>
        <w:t>15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503E" w:rsidRDefault="004C503E" w:rsidP="00731718">
      <w:r>
        <w:separator/>
      </w:r>
    </w:p>
  </w:footnote>
  <w:footnote w:type="continuationSeparator" w:id="1">
    <w:p w:rsidR="004C503E" w:rsidRDefault="004C503E" w:rsidP="007317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29639D"/>
    <w:rsid w:val="00326F90"/>
    <w:rsid w:val="004C503E"/>
    <w:rsid w:val="00637246"/>
    <w:rsid w:val="00731718"/>
    <w:rsid w:val="007D457D"/>
    <w:rsid w:val="00AA1D8D"/>
    <w:rsid w:val="00B47730"/>
    <w:rsid w:val="00CB0664"/>
    <w:rsid w:val="00FC693F"/>
    <w:rsid w:val="00FD3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color w:val="00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8944</Words>
  <Characters>50987</Characters>
  <Application>Microsoft Office Word</Application>
  <DocSecurity>0</DocSecurity>
  <Lines>424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59812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2</cp:revision>
  <dcterms:created xsi:type="dcterms:W3CDTF">2026-10-19T06:36:00Z</dcterms:created>
  <dcterms:modified xsi:type="dcterms:W3CDTF">2026-10-19T06:36:00Z</dcterms:modified>
</cp:coreProperties>
</file>